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4F2B7" w14:textId="78987A2F" w:rsidR="00AA5C78" w:rsidRDefault="00000000">
      <w:pPr>
        <w:pStyle w:val="1"/>
      </w:pPr>
      <w:r>
        <w:t xml:space="preserve">Final Question Version </w:t>
      </w:r>
    </w:p>
    <w:p w14:paraId="2400193E" w14:textId="77777777" w:rsidR="00AA5C78" w:rsidRDefault="00000000">
      <w:pPr>
        <w:pStyle w:val="21"/>
      </w:pPr>
      <w:r>
        <w:t>1. Anders Kjøstvedt</w:t>
      </w:r>
    </w:p>
    <w:p w14:paraId="32D5334B" w14:textId="77777777" w:rsidR="00AA5C78" w:rsidRDefault="00000000">
      <w:pPr>
        <w:rPr>
          <w:lang w:eastAsia="ko-KR"/>
        </w:rPr>
      </w:pPr>
      <w:r>
        <w:t xml:space="preserve">• Norway maintains one of the highest democracy index scores in the world. What do you see as the most important emerging challenges to </w:t>
      </w:r>
      <w:proofErr w:type="gramStart"/>
      <w:r>
        <w:t>sustaining</w:t>
      </w:r>
      <w:proofErr w:type="gramEnd"/>
      <w:r>
        <w:t xml:space="preserve"> and </w:t>
      </w:r>
      <w:proofErr w:type="gramStart"/>
      <w:r>
        <w:t>developing</w:t>
      </w:r>
      <w:proofErr w:type="gramEnd"/>
      <w:r>
        <w:t xml:space="preserve"> democracy in the future?</w:t>
      </w:r>
      <w:r>
        <w:br/>
        <w:t xml:space="preserve">  </w:t>
      </w:r>
      <w:r>
        <w:rPr>
          <w:lang w:eastAsia="ko-KR"/>
        </w:rPr>
        <w:t>노르웨이가</w:t>
      </w:r>
      <w:r>
        <w:rPr>
          <w:lang w:eastAsia="ko-KR"/>
        </w:rPr>
        <w:t xml:space="preserve"> </w:t>
      </w:r>
      <w:r>
        <w:rPr>
          <w:lang w:eastAsia="ko-KR"/>
        </w:rPr>
        <w:t>세계</w:t>
      </w:r>
      <w:r>
        <w:rPr>
          <w:lang w:eastAsia="ko-KR"/>
        </w:rPr>
        <w:t xml:space="preserve"> </w:t>
      </w:r>
      <w:r>
        <w:rPr>
          <w:lang w:eastAsia="ko-KR"/>
        </w:rPr>
        <w:t>최고</w:t>
      </w:r>
      <w:r>
        <w:rPr>
          <w:lang w:eastAsia="ko-KR"/>
        </w:rPr>
        <w:t xml:space="preserve"> </w:t>
      </w:r>
      <w:r>
        <w:rPr>
          <w:lang w:eastAsia="ko-KR"/>
        </w:rPr>
        <w:t>수준의</w:t>
      </w:r>
      <w:r>
        <w:rPr>
          <w:lang w:eastAsia="ko-KR"/>
        </w:rPr>
        <w:t xml:space="preserve"> </w:t>
      </w:r>
      <w:r>
        <w:rPr>
          <w:lang w:eastAsia="ko-KR"/>
        </w:rPr>
        <w:t>민주주의</w:t>
      </w:r>
      <w:r>
        <w:rPr>
          <w:lang w:eastAsia="ko-KR"/>
        </w:rPr>
        <w:t xml:space="preserve"> </w:t>
      </w:r>
      <w:r>
        <w:rPr>
          <w:lang w:eastAsia="ko-KR"/>
        </w:rPr>
        <w:t>지수를</w:t>
      </w:r>
      <w:r>
        <w:rPr>
          <w:lang w:eastAsia="ko-KR"/>
        </w:rPr>
        <w:t xml:space="preserve"> </w:t>
      </w:r>
      <w:r>
        <w:rPr>
          <w:lang w:eastAsia="ko-KR"/>
        </w:rPr>
        <w:t>유지하고</w:t>
      </w:r>
      <w:r>
        <w:rPr>
          <w:lang w:eastAsia="ko-KR"/>
        </w:rPr>
        <w:t xml:space="preserve"> </w:t>
      </w:r>
      <w:r>
        <w:rPr>
          <w:lang w:eastAsia="ko-KR"/>
        </w:rPr>
        <w:t>있습니다</w:t>
      </w:r>
      <w:r>
        <w:rPr>
          <w:lang w:eastAsia="ko-KR"/>
        </w:rPr>
        <w:t xml:space="preserve">. </w:t>
      </w:r>
      <w:r>
        <w:rPr>
          <w:lang w:eastAsia="ko-KR"/>
        </w:rPr>
        <w:t>앞으로</w:t>
      </w:r>
      <w:r>
        <w:rPr>
          <w:lang w:eastAsia="ko-KR"/>
        </w:rPr>
        <w:t xml:space="preserve"> </w:t>
      </w:r>
      <w:r>
        <w:rPr>
          <w:lang w:eastAsia="ko-KR"/>
        </w:rPr>
        <w:t>민주주의를</w:t>
      </w:r>
      <w:r>
        <w:rPr>
          <w:lang w:eastAsia="ko-KR"/>
        </w:rPr>
        <w:t xml:space="preserve"> </w:t>
      </w:r>
      <w:r>
        <w:rPr>
          <w:lang w:eastAsia="ko-KR"/>
        </w:rPr>
        <w:t>유지하고</w:t>
      </w:r>
      <w:r>
        <w:rPr>
          <w:lang w:eastAsia="ko-KR"/>
        </w:rPr>
        <w:t xml:space="preserve"> </w:t>
      </w:r>
      <w:r>
        <w:rPr>
          <w:lang w:eastAsia="ko-KR"/>
        </w:rPr>
        <w:t>발전시키기</w:t>
      </w:r>
      <w:r>
        <w:rPr>
          <w:lang w:eastAsia="ko-KR"/>
        </w:rPr>
        <w:t xml:space="preserve"> </w:t>
      </w:r>
      <w:r>
        <w:rPr>
          <w:lang w:eastAsia="ko-KR"/>
        </w:rPr>
        <w:t>위해</w:t>
      </w:r>
      <w:r>
        <w:rPr>
          <w:lang w:eastAsia="ko-KR"/>
        </w:rPr>
        <w:t xml:space="preserve"> </w:t>
      </w:r>
      <w:r>
        <w:rPr>
          <w:lang w:eastAsia="ko-KR"/>
        </w:rPr>
        <w:t>새롭게</w:t>
      </w:r>
      <w:r>
        <w:rPr>
          <w:lang w:eastAsia="ko-KR"/>
        </w:rPr>
        <w:t xml:space="preserve"> </w:t>
      </w:r>
      <w:r>
        <w:rPr>
          <w:lang w:eastAsia="ko-KR"/>
        </w:rPr>
        <w:t>직면하고</w:t>
      </w:r>
      <w:r>
        <w:rPr>
          <w:lang w:eastAsia="ko-KR"/>
        </w:rPr>
        <w:t xml:space="preserve"> </w:t>
      </w:r>
      <w:r>
        <w:rPr>
          <w:lang w:eastAsia="ko-KR"/>
        </w:rPr>
        <w:t>있는</w:t>
      </w:r>
      <w:r>
        <w:rPr>
          <w:lang w:eastAsia="ko-KR"/>
        </w:rPr>
        <w:t xml:space="preserve"> </w:t>
      </w:r>
      <w:r>
        <w:rPr>
          <w:lang w:eastAsia="ko-KR"/>
        </w:rPr>
        <w:t>가장</w:t>
      </w:r>
      <w:r>
        <w:rPr>
          <w:lang w:eastAsia="ko-KR"/>
        </w:rPr>
        <w:t xml:space="preserve"> </w:t>
      </w:r>
      <w:r>
        <w:rPr>
          <w:lang w:eastAsia="ko-KR"/>
        </w:rPr>
        <w:t>중요한</w:t>
      </w:r>
      <w:r>
        <w:rPr>
          <w:lang w:eastAsia="ko-KR"/>
        </w:rPr>
        <w:t xml:space="preserve"> </w:t>
      </w:r>
      <w:r>
        <w:rPr>
          <w:lang w:eastAsia="ko-KR"/>
        </w:rPr>
        <w:t>도전은</w:t>
      </w:r>
      <w:r>
        <w:rPr>
          <w:lang w:eastAsia="ko-KR"/>
        </w:rPr>
        <w:t xml:space="preserve"> </w:t>
      </w:r>
      <w:r>
        <w:rPr>
          <w:lang w:eastAsia="ko-KR"/>
        </w:rPr>
        <w:t>무엇이라고</w:t>
      </w:r>
      <w:r>
        <w:rPr>
          <w:lang w:eastAsia="ko-KR"/>
        </w:rPr>
        <w:t xml:space="preserve"> </w:t>
      </w:r>
      <w:r>
        <w:rPr>
          <w:lang w:eastAsia="ko-KR"/>
        </w:rPr>
        <w:t>보십니까</w:t>
      </w:r>
      <w:r>
        <w:rPr>
          <w:lang w:eastAsia="ko-KR"/>
        </w:rPr>
        <w:t>?</w:t>
      </w:r>
    </w:p>
    <w:p w14:paraId="381DA0EF" w14:textId="77777777" w:rsidR="00AA5C78" w:rsidRDefault="00000000">
      <w:pPr>
        <w:rPr>
          <w:lang w:eastAsia="ko-KR"/>
        </w:rPr>
      </w:pPr>
      <w:r>
        <w:t>• Norway is known for its high level of social trust. If you believe the school curriculum contributes to building this social trust, in what specific ways do you think it plays that role?</w:t>
      </w:r>
      <w:r>
        <w:br/>
        <w:t xml:space="preserve">  </w:t>
      </w:r>
      <w:r>
        <w:rPr>
          <w:lang w:eastAsia="ko-KR"/>
        </w:rPr>
        <w:t>노르웨이는</w:t>
      </w:r>
      <w:r>
        <w:rPr>
          <w:lang w:eastAsia="ko-KR"/>
        </w:rPr>
        <w:t xml:space="preserve"> </w:t>
      </w:r>
      <w:r>
        <w:rPr>
          <w:lang w:eastAsia="ko-KR"/>
        </w:rPr>
        <w:t>사회적</w:t>
      </w:r>
      <w:r>
        <w:rPr>
          <w:lang w:eastAsia="ko-KR"/>
        </w:rPr>
        <w:t xml:space="preserve"> </w:t>
      </w:r>
      <w:r>
        <w:rPr>
          <w:lang w:eastAsia="ko-KR"/>
        </w:rPr>
        <w:t>신뢰도가</w:t>
      </w:r>
      <w:r>
        <w:rPr>
          <w:lang w:eastAsia="ko-KR"/>
        </w:rPr>
        <w:t xml:space="preserve"> </w:t>
      </w:r>
      <w:r>
        <w:rPr>
          <w:lang w:eastAsia="ko-KR"/>
        </w:rPr>
        <w:t>매우</w:t>
      </w:r>
      <w:r>
        <w:rPr>
          <w:lang w:eastAsia="ko-KR"/>
        </w:rPr>
        <w:t xml:space="preserve"> </w:t>
      </w:r>
      <w:r>
        <w:rPr>
          <w:lang w:eastAsia="ko-KR"/>
        </w:rPr>
        <w:t>높은</w:t>
      </w:r>
      <w:r>
        <w:rPr>
          <w:lang w:eastAsia="ko-KR"/>
        </w:rPr>
        <w:t xml:space="preserve"> </w:t>
      </w:r>
      <w:r>
        <w:rPr>
          <w:lang w:eastAsia="ko-KR"/>
        </w:rPr>
        <w:t>것으로</w:t>
      </w:r>
      <w:r>
        <w:rPr>
          <w:lang w:eastAsia="ko-KR"/>
        </w:rPr>
        <w:t xml:space="preserve"> </w:t>
      </w:r>
      <w:r>
        <w:rPr>
          <w:lang w:eastAsia="ko-KR"/>
        </w:rPr>
        <w:t>알려져</w:t>
      </w:r>
      <w:r>
        <w:rPr>
          <w:lang w:eastAsia="ko-KR"/>
        </w:rPr>
        <w:t xml:space="preserve"> </w:t>
      </w:r>
      <w:r>
        <w:rPr>
          <w:lang w:eastAsia="ko-KR"/>
        </w:rPr>
        <w:t>있습니다</w:t>
      </w:r>
      <w:r>
        <w:rPr>
          <w:lang w:eastAsia="ko-KR"/>
        </w:rPr>
        <w:t xml:space="preserve">. </w:t>
      </w:r>
      <w:r>
        <w:rPr>
          <w:lang w:eastAsia="ko-KR"/>
        </w:rPr>
        <w:t>학교</w:t>
      </w:r>
      <w:r>
        <w:rPr>
          <w:lang w:eastAsia="ko-KR"/>
        </w:rPr>
        <w:t xml:space="preserve"> </w:t>
      </w:r>
      <w:r>
        <w:rPr>
          <w:lang w:eastAsia="ko-KR"/>
        </w:rPr>
        <w:t>교육과정이</w:t>
      </w:r>
      <w:r>
        <w:rPr>
          <w:lang w:eastAsia="ko-KR"/>
        </w:rPr>
        <w:t xml:space="preserve"> </w:t>
      </w:r>
      <w:r>
        <w:rPr>
          <w:lang w:eastAsia="ko-KR"/>
        </w:rPr>
        <w:t>이러한</w:t>
      </w:r>
      <w:r>
        <w:rPr>
          <w:lang w:eastAsia="ko-KR"/>
        </w:rPr>
        <w:t xml:space="preserve"> </w:t>
      </w:r>
      <w:r>
        <w:rPr>
          <w:lang w:eastAsia="ko-KR"/>
        </w:rPr>
        <w:t>사회적</w:t>
      </w:r>
      <w:r>
        <w:rPr>
          <w:lang w:eastAsia="ko-KR"/>
        </w:rPr>
        <w:t xml:space="preserve"> </w:t>
      </w:r>
      <w:r>
        <w:rPr>
          <w:lang w:eastAsia="ko-KR"/>
        </w:rPr>
        <w:t>신뢰</w:t>
      </w:r>
      <w:r>
        <w:rPr>
          <w:lang w:eastAsia="ko-KR"/>
        </w:rPr>
        <w:t xml:space="preserve"> </w:t>
      </w:r>
      <w:r>
        <w:rPr>
          <w:lang w:eastAsia="ko-KR"/>
        </w:rPr>
        <w:t>형성에</w:t>
      </w:r>
      <w:r>
        <w:rPr>
          <w:lang w:eastAsia="ko-KR"/>
        </w:rPr>
        <w:t xml:space="preserve"> </w:t>
      </w:r>
      <w:r>
        <w:rPr>
          <w:lang w:eastAsia="ko-KR"/>
        </w:rPr>
        <w:t>기여하고</w:t>
      </w:r>
      <w:r>
        <w:rPr>
          <w:lang w:eastAsia="ko-KR"/>
        </w:rPr>
        <w:t xml:space="preserve"> </w:t>
      </w:r>
      <w:r>
        <w:rPr>
          <w:lang w:eastAsia="ko-KR"/>
        </w:rPr>
        <w:t>있다고</w:t>
      </w:r>
      <w:r>
        <w:rPr>
          <w:lang w:eastAsia="ko-KR"/>
        </w:rPr>
        <w:t xml:space="preserve"> </w:t>
      </w:r>
      <w:r>
        <w:rPr>
          <w:lang w:eastAsia="ko-KR"/>
        </w:rPr>
        <w:t>생각하신다면</w:t>
      </w:r>
      <w:r>
        <w:rPr>
          <w:lang w:eastAsia="ko-KR"/>
        </w:rPr>
        <w:t xml:space="preserve">, </w:t>
      </w:r>
      <w:r>
        <w:rPr>
          <w:lang w:eastAsia="ko-KR"/>
        </w:rPr>
        <w:t>구체적으로</w:t>
      </w:r>
      <w:r>
        <w:rPr>
          <w:lang w:eastAsia="ko-KR"/>
        </w:rPr>
        <w:t xml:space="preserve"> </w:t>
      </w:r>
      <w:r>
        <w:rPr>
          <w:lang w:eastAsia="ko-KR"/>
        </w:rPr>
        <w:t>어떤</w:t>
      </w:r>
      <w:r>
        <w:rPr>
          <w:lang w:eastAsia="ko-KR"/>
        </w:rPr>
        <w:t xml:space="preserve"> </w:t>
      </w:r>
      <w:r>
        <w:rPr>
          <w:lang w:eastAsia="ko-KR"/>
        </w:rPr>
        <w:t>부분에서</w:t>
      </w:r>
      <w:r>
        <w:rPr>
          <w:lang w:eastAsia="ko-KR"/>
        </w:rPr>
        <w:t xml:space="preserve"> </w:t>
      </w:r>
      <w:r>
        <w:rPr>
          <w:lang w:eastAsia="ko-KR"/>
        </w:rPr>
        <w:t>그</w:t>
      </w:r>
      <w:r>
        <w:rPr>
          <w:lang w:eastAsia="ko-KR"/>
        </w:rPr>
        <w:t xml:space="preserve"> </w:t>
      </w:r>
      <w:r>
        <w:rPr>
          <w:lang w:eastAsia="ko-KR"/>
        </w:rPr>
        <w:t>역할을</w:t>
      </w:r>
      <w:r>
        <w:rPr>
          <w:lang w:eastAsia="ko-KR"/>
        </w:rPr>
        <w:t xml:space="preserve"> </w:t>
      </w:r>
      <w:r>
        <w:rPr>
          <w:lang w:eastAsia="ko-KR"/>
        </w:rPr>
        <w:t>하고</w:t>
      </w:r>
      <w:r>
        <w:rPr>
          <w:lang w:eastAsia="ko-KR"/>
        </w:rPr>
        <w:t xml:space="preserve"> </w:t>
      </w:r>
      <w:r>
        <w:rPr>
          <w:lang w:eastAsia="ko-KR"/>
        </w:rPr>
        <w:t>있다고</w:t>
      </w:r>
      <w:r>
        <w:rPr>
          <w:lang w:eastAsia="ko-KR"/>
        </w:rPr>
        <w:t xml:space="preserve"> </w:t>
      </w:r>
      <w:r>
        <w:rPr>
          <w:lang w:eastAsia="ko-KR"/>
        </w:rPr>
        <w:t>보십니까</w:t>
      </w:r>
      <w:r>
        <w:rPr>
          <w:lang w:eastAsia="ko-KR"/>
        </w:rPr>
        <w:t>?</w:t>
      </w:r>
    </w:p>
    <w:p w14:paraId="63B3BEBF" w14:textId="77777777" w:rsidR="00AA5C78" w:rsidRDefault="00000000">
      <w:pPr>
        <w:rPr>
          <w:lang w:eastAsia="ko-KR"/>
        </w:rPr>
      </w:pPr>
      <w:r>
        <w:t>• Korea’s social studies classes are largely textbook-driven and knowledge-centered. What minimum conditions are necessary for transitioning toward a more participatory, experience-based model like Norway’s?</w:t>
      </w:r>
      <w:r>
        <w:br/>
        <w:t xml:space="preserve">  </w:t>
      </w:r>
      <w:r>
        <w:rPr>
          <w:lang w:eastAsia="ko-KR"/>
        </w:rPr>
        <w:t>한국의</w:t>
      </w:r>
      <w:r>
        <w:rPr>
          <w:lang w:eastAsia="ko-KR"/>
        </w:rPr>
        <w:t xml:space="preserve"> </w:t>
      </w:r>
      <w:proofErr w:type="spellStart"/>
      <w:r>
        <w:rPr>
          <w:lang w:eastAsia="ko-KR"/>
        </w:rPr>
        <w:t>사회과</w:t>
      </w:r>
      <w:proofErr w:type="spellEnd"/>
      <w:r>
        <w:rPr>
          <w:lang w:eastAsia="ko-KR"/>
        </w:rPr>
        <w:t xml:space="preserve"> </w:t>
      </w:r>
      <w:r>
        <w:rPr>
          <w:lang w:eastAsia="ko-KR"/>
        </w:rPr>
        <w:t>수업은</w:t>
      </w:r>
      <w:r>
        <w:rPr>
          <w:lang w:eastAsia="ko-KR"/>
        </w:rPr>
        <w:t xml:space="preserve"> </w:t>
      </w:r>
      <w:r>
        <w:rPr>
          <w:lang w:eastAsia="ko-KR"/>
        </w:rPr>
        <w:t>교과서</w:t>
      </w:r>
      <w:r>
        <w:rPr>
          <w:lang w:eastAsia="ko-KR"/>
        </w:rPr>
        <w:t>·</w:t>
      </w:r>
      <w:r>
        <w:rPr>
          <w:lang w:eastAsia="ko-KR"/>
        </w:rPr>
        <w:t>지식</w:t>
      </w:r>
      <w:r>
        <w:rPr>
          <w:lang w:eastAsia="ko-KR"/>
        </w:rPr>
        <w:t xml:space="preserve"> </w:t>
      </w:r>
      <w:r>
        <w:rPr>
          <w:lang w:eastAsia="ko-KR"/>
        </w:rPr>
        <w:t>중심</w:t>
      </w:r>
      <w:r>
        <w:rPr>
          <w:lang w:eastAsia="ko-KR"/>
        </w:rPr>
        <w:t xml:space="preserve"> </w:t>
      </w:r>
      <w:r>
        <w:rPr>
          <w:lang w:eastAsia="ko-KR"/>
        </w:rPr>
        <w:t>경향이</w:t>
      </w:r>
      <w:r>
        <w:rPr>
          <w:lang w:eastAsia="ko-KR"/>
        </w:rPr>
        <w:t xml:space="preserve"> </w:t>
      </w:r>
      <w:r>
        <w:rPr>
          <w:lang w:eastAsia="ko-KR"/>
        </w:rPr>
        <w:t>강합니다</w:t>
      </w:r>
      <w:r>
        <w:rPr>
          <w:lang w:eastAsia="ko-KR"/>
        </w:rPr>
        <w:t xml:space="preserve">. </w:t>
      </w:r>
      <w:r>
        <w:rPr>
          <w:lang w:eastAsia="ko-KR"/>
        </w:rPr>
        <w:t>이러한</w:t>
      </w:r>
      <w:r>
        <w:rPr>
          <w:lang w:eastAsia="ko-KR"/>
        </w:rPr>
        <w:t xml:space="preserve"> </w:t>
      </w:r>
      <w:r>
        <w:rPr>
          <w:lang w:eastAsia="ko-KR"/>
        </w:rPr>
        <w:t>수업을</w:t>
      </w:r>
      <w:r>
        <w:rPr>
          <w:lang w:eastAsia="ko-KR"/>
        </w:rPr>
        <w:t xml:space="preserve"> </w:t>
      </w:r>
      <w:r>
        <w:rPr>
          <w:lang w:eastAsia="ko-KR"/>
        </w:rPr>
        <w:t>노르웨이처럼</w:t>
      </w:r>
      <w:r>
        <w:rPr>
          <w:lang w:eastAsia="ko-KR"/>
        </w:rPr>
        <w:t xml:space="preserve"> ‘</w:t>
      </w:r>
      <w:r>
        <w:rPr>
          <w:lang w:eastAsia="ko-KR"/>
        </w:rPr>
        <w:t>참여</w:t>
      </w:r>
      <w:r>
        <w:rPr>
          <w:lang w:eastAsia="ko-KR"/>
        </w:rPr>
        <w:t xml:space="preserve"> </w:t>
      </w:r>
      <w:r>
        <w:rPr>
          <w:lang w:eastAsia="ko-KR"/>
        </w:rPr>
        <w:t>경험</w:t>
      </w:r>
      <w:r>
        <w:rPr>
          <w:lang w:eastAsia="ko-KR"/>
        </w:rPr>
        <w:t xml:space="preserve"> </w:t>
      </w:r>
      <w:r>
        <w:rPr>
          <w:lang w:eastAsia="ko-KR"/>
        </w:rPr>
        <w:t>중심</w:t>
      </w:r>
      <w:r>
        <w:rPr>
          <w:lang w:eastAsia="ko-KR"/>
        </w:rPr>
        <w:t>’</w:t>
      </w:r>
      <w:proofErr w:type="spellStart"/>
      <w:r>
        <w:rPr>
          <w:lang w:eastAsia="ko-KR"/>
        </w:rPr>
        <w:t>으로</w:t>
      </w:r>
      <w:proofErr w:type="spellEnd"/>
      <w:r>
        <w:rPr>
          <w:lang w:eastAsia="ko-KR"/>
        </w:rPr>
        <w:t xml:space="preserve"> </w:t>
      </w:r>
      <w:r>
        <w:rPr>
          <w:lang w:eastAsia="ko-KR"/>
        </w:rPr>
        <w:t>전환하기</w:t>
      </w:r>
      <w:r>
        <w:rPr>
          <w:lang w:eastAsia="ko-KR"/>
        </w:rPr>
        <w:t xml:space="preserve"> </w:t>
      </w:r>
      <w:r>
        <w:rPr>
          <w:lang w:eastAsia="ko-KR"/>
        </w:rPr>
        <w:t>위해</w:t>
      </w:r>
      <w:r>
        <w:rPr>
          <w:lang w:eastAsia="ko-KR"/>
        </w:rPr>
        <w:t xml:space="preserve"> </w:t>
      </w:r>
      <w:r>
        <w:rPr>
          <w:lang w:eastAsia="ko-KR"/>
        </w:rPr>
        <w:t>필요한</w:t>
      </w:r>
      <w:r>
        <w:rPr>
          <w:lang w:eastAsia="ko-KR"/>
        </w:rPr>
        <w:t xml:space="preserve"> </w:t>
      </w:r>
      <w:r>
        <w:rPr>
          <w:lang w:eastAsia="ko-KR"/>
        </w:rPr>
        <w:t>최소</w:t>
      </w:r>
      <w:r>
        <w:rPr>
          <w:lang w:eastAsia="ko-KR"/>
        </w:rPr>
        <w:t xml:space="preserve"> </w:t>
      </w:r>
      <w:r>
        <w:rPr>
          <w:lang w:eastAsia="ko-KR"/>
        </w:rPr>
        <w:t>조건은</w:t>
      </w:r>
      <w:r>
        <w:rPr>
          <w:lang w:eastAsia="ko-KR"/>
        </w:rPr>
        <w:t xml:space="preserve"> </w:t>
      </w:r>
      <w:r>
        <w:rPr>
          <w:lang w:eastAsia="ko-KR"/>
        </w:rPr>
        <w:t>무엇이라고</w:t>
      </w:r>
      <w:r>
        <w:rPr>
          <w:lang w:eastAsia="ko-KR"/>
        </w:rPr>
        <w:t xml:space="preserve"> </w:t>
      </w:r>
      <w:r>
        <w:rPr>
          <w:lang w:eastAsia="ko-KR"/>
        </w:rPr>
        <w:t>생각하십니까</w:t>
      </w:r>
      <w:r>
        <w:rPr>
          <w:lang w:eastAsia="ko-KR"/>
        </w:rPr>
        <w:t>?</w:t>
      </w:r>
    </w:p>
    <w:p w14:paraId="01A9A1FF" w14:textId="77777777" w:rsidR="00AA5C78" w:rsidRDefault="00000000">
      <w:pPr>
        <w:pStyle w:val="21"/>
      </w:pPr>
      <w:r>
        <w:t xml:space="preserve">2. Evy </w:t>
      </w:r>
      <w:proofErr w:type="spellStart"/>
      <w:r>
        <w:t>Jøsok</w:t>
      </w:r>
      <w:proofErr w:type="spellEnd"/>
    </w:p>
    <w:p w14:paraId="63B869BC" w14:textId="77777777" w:rsidR="00AA5C78" w:rsidRDefault="00000000">
      <w:pPr>
        <w:rPr>
          <w:lang w:eastAsia="ko-KR"/>
        </w:rPr>
      </w:pPr>
      <w:r>
        <w:t>• In Korea, teachers may face complaints or legal risks when addressing political or social issues. What institutional or cultural protections support Norwegian teachers in handling controversial issues in education?</w:t>
      </w:r>
      <w:r>
        <w:br/>
        <w:t xml:space="preserve">  </w:t>
      </w:r>
      <w:r>
        <w:rPr>
          <w:lang w:eastAsia="ko-KR"/>
        </w:rPr>
        <w:t>한국에서는</w:t>
      </w:r>
      <w:r>
        <w:rPr>
          <w:lang w:eastAsia="ko-KR"/>
        </w:rPr>
        <w:t xml:space="preserve"> </w:t>
      </w:r>
      <w:r>
        <w:rPr>
          <w:lang w:eastAsia="ko-KR"/>
        </w:rPr>
        <w:t>교사가</w:t>
      </w:r>
      <w:r>
        <w:rPr>
          <w:lang w:eastAsia="ko-KR"/>
        </w:rPr>
        <w:t xml:space="preserve"> </w:t>
      </w:r>
      <w:r>
        <w:rPr>
          <w:lang w:eastAsia="ko-KR"/>
        </w:rPr>
        <w:t>정치적</w:t>
      </w:r>
      <w:r>
        <w:rPr>
          <w:lang w:eastAsia="ko-KR"/>
        </w:rPr>
        <w:t>·</w:t>
      </w:r>
      <w:r>
        <w:rPr>
          <w:lang w:eastAsia="ko-KR"/>
        </w:rPr>
        <w:t>사회적</w:t>
      </w:r>
      <w:r>
        <w:rPr>
          <w:lang w:eastAsia="ko-KR"/>
        </w:rPr>
        <w:t xml:space="preserve"> </w:t>
      </w:r>
      <w:r>
        <w:rPr>
          <w:lang w:eastAsia="ko-KR"/>
        </w:rPr>
        <w:t>쟁점을</w:t>
      </w:r>
      <w:r>
        <w:rPr>
          <w:lang w:eastAsia="ko-KR"/>
        </w:rPr>
        <w:t xml:space="preserve"> </w:t>
      </w:r>
      <w:r>
        <w:rPr>
          <w:lang w:eastAsia="ko-KR"/>
        </w:rPr>
        <w:t>다룰</w:t>
      </w:r>
      <w:r>
        <w:rPr>
          <w:lang w:eastAsia="ko-KR"/>
        </w:rPr>
        <w:t xml:space="preserve"> </w:t>
      </w:r>
      <w:r>
        <w:rPr>
          <w:lang w:eastAsia="ko-KR"/>
        </w:rPr>
        <w:t>경우</w:t>
      </w:r>
      <w:r>
        <w:rPr>
          <w:lang w:eastAsia="ko-KR"/>
        </w:rPr>
        <w:t xml:space="preserve"> </w:t>
      </w:r>
      <w:r>
        <w:rPr>
          <w:lang w:eastAsia="ko-KR"/>
        </w:rPr>
        <w:t>민원이나</w:t>
      </w:r>
      <w:r>
        <w:rPr>
          <w:lang w:eastAsia="ko-KR"/>
        </w:rPr>
        <w:t xml:space="preserve"> </w:t>
      </w:r>
      <w:r>
        <w:rPr>
          <w:lang w:eastAsia="ko-KR"/>
        </w:rPr>
        <w:t>법적</w:t>
      </w:r>
      <w:r>
        <w:rPr>
          <w:lang w:eastAsia="ko-KR"/>
        </w:rPr>
        <w:t xml:space="preserve"> </w:t>
      </w:r>
      <w:r>
        <w:rPr>
          <w:lang w:eastAsia="ko-KR"/>
        </w:rPr>
        <w:t>위험에</w:t>
      </w:r>
      <w:r>
        <w:rPr>
          <w:lang w:eastAsia="ko-KR"/>
        </w:rPr>
        <w:t xml:space="preserve"> </w:t>
      </w:r>
      <w:r>
        <w:rPr>
          <w:lang w:eastAsia="ko-KR"/>
        </w:rPr>
        <w:t>직면할</w:t>
      </w:r>
      <w:r>
        <w:rPr>
          <w:lang w:eastAsia="ko-KR"/>
        </w:rPr>
        <w:t xml:space="preserve"> </w:t>
      </w:r>
      <w:r>
        <w:rPr>
          <w:lang w:eastAsia="ko-KR"/>
        </w:rPr>
        <w:t>수</w:t>
      </w:r>
      <w:r>
        <w:rPr>
          <w:lang w:eastAsia="ko-KR"/>
        </w:rPr>
        <w:t xml:space="preserve"> </w:t>
      </w:r>
      <w:r>
        <w:rPr>
          <w:lang w:eastAsia="ko-KR"/>
        </w:rPr>
        <w:t>있습니다</w:t>
      </w:r>
      <w:r>
        <w:rPr>
          <w:lang w:eastAsia="ko-KR"/>
        </w:rPr>
        <w:t xml:space="preserve">. </w:t>
      </w:r>
      <w:r>
        <w:rPr>
          <w:lang w:eastAsia="ko-KR"/>
        </w:rPr>
        <w:t>노르웨이</w:t>
      </w:r>
      <w:r>
        <w:rPr>
          <w:lang w:eastAsia="ko-KR"/>
        </w:rPr>
        <w:t xml:space="preserve"> </w:t>
      </w:r>
      <w:r>
        <w:rPr>
          <w:lang w:eastAsia="ko-KR"/>
        </w:rPr>
        <w:t>교사들이</w:t>
      </w:r>
      <w:r>
        <w:rPr>
          <w:lang w:eastAsia="ko-KR"/>
        </w:rPr>
        <w:t xml:space="preserve"> </w:t>
      </w:r>
      <w:r>
        <w:rPr>
          <w:lang w:eastAsia="ko-KR"/>
        </w:rPr>
        <w:t>논쟁적</w:t>
      </w:r>
      <w:r>
        <w:rPr>
          <w:lang w:eastAsia="ko-KR"/>
        </w:rPr>
        <w:t xml:space="preserve"> </w:t>
      </w:r>
      <w:r>
        <w:rPr>
          <w:lang w:eastAsia="ko-KR"/>
        </w:rPr>
        <w:t>이슈를</w:t>
      </w:r>
      <w:r>
        <w:rPr>
          <w:lang w:eastAsia="ko-KR"/>
        </w:rPr>
        <w:t xml:space="preserve"> </w:t>
      </w:r>
      <w:r>
        <w:rPr>
          <w:lang w:eastAsia="ko-KR"/>
        </w:rPr>
        <w:t>교육적으로</w:t>
      </w:r>
      <w:r>
        <w:rPr>
          <w:lang w:eastAsia="ko-KR"/>
        </w:rPr>
        <w:t xml:space="preserve"> </w:t>
      </w:r>
      <w:r>
        <w:rPr>
          <w:lang w:eastAsia="ko-KR"/>
        </w:rPr>
        <w:t>다룰</w:t>
      </w:r>
      <w:r>
        <w:rPr>
          <w:lang w:eastAsia="ko-KR"/>
        </w:rPr>
        <w:t xml:space="preserve"> </w:t>
      </w:r>
      <w:r>
        <w:rPr>
          <w:lang w:eastAsia="ko-KR"/>
        </w:rPr>
        <w:t>수</w:t>
      </w:r>
      <w:r>
        <w:rPr>
          <w:lang w:eastAsia="ko-KR"/>
        </w:rPr>
        <w:t xml:space="preserve"> </w:t>
      </w:r>
      <w:r>
        <w:rPr>
          <w:lang w:eastAsia="ko-KR"/>
        </w:rPr>
        <w:t>있도록</w:t>
      </w:r>
      <w:r>
        <w:rPr>
          <w:lang w:eastAsia="ko-KR"/>
        </w:rPr>
        <w:t xml:space="preserve"> </w:t>
      </w:r>
      <w:r>
        <w:rPr>
          <w:lang w:eastAsia="ko-KR"/>
        </w:rPr>
        <w:t>어떤</w:t>
      </w:r>
      <w:r>
        <w:rPr>
          <w:lang w:eastAsia="ko-KR"/>
        </w:rPr>
        <w:t xml:space="preserve"> </w:t>
      </w:r>
      <w:r>
        <w:rPr>
          <w:lang w:eastAsia="ko-KR"/>
        </w:rPr>
        <w:t>제도적</w:t>
      </w:r>
      <w:r>
        <w:rPr>
          <w:lang w:eastAsia="ko-KR"/>
        </w:rPr>
        <w:t>·</w:t>
      </w:r>
      <w:r>
        <w:rPr>
          <w:lang w:eastAsia="ko-KR"/>
        </w:rPr>
        <w:t>문화적</w:t>
      </w:r>
      <w:r>
        <w:rPr>
          <w:lang w:eastAsia="ko-KR"/>
        </w:rPr>
        <w:t xml:space="preserve"> </w:t>
      </w:r>
      <w:r>
        <w:rPr>
          <w:lang w:eastAsia="ko-KR"/>
        </w:rPr>
        <w:t>보호가</w:t>
      </w:r>
      <w:r>
        <w:rPr>
          <w:lang w:eastAsia="ko-KR"/>
        </w:rPr>
        <w:t xml:space="preserve"> </w:t>
      </w:r>
      <w:r>
        <w:rPr>
          <w:lang w:eastAsia="ko-KR"/>
        </w:rPr>
        <w:t>제공되고</w:t>
      </w:r>
      <w:r>
        <w:rPr>
          <w:lang w:eastAsia="ko-KR"/>
        </w:rPr>
        <w:t xml:space="preserve"> </w:t>
      </w:r>
      <w:r>
        <w:rPr>
          <w:lang w:eastAsia="ko-KR"/>
        </w:rPr>
        <w:t>있습니까</w:t>
      </w:r>
      <w:r>
        <w:rPr>
          <w:lang w:eastAsia="ko-KR"/>
        </w:rPr>
        <w:t>?</w:t>
      </w:r>
    </w:p>
    <w:p w14:paraId="34BD30AF" w14:textId="77777777" w:rsidR="00AA5C78" w:rsidRDefault="00000000">
      <w:pPr>
        <w:rPr>
          <w:lang w:eastAsia="ko-KR"/>
        </w:rPr>
      </w:pPr>
      <w:r>
        <w:t>• As you mentioned in your presentation, some Norwegian schools avoid emotionally sensitive issues while others do not. What step-by-step approach would help Korean schools overcome this culture of avoidance?</w:t>
      </w:r>
      <w:r>
        <w:br/>
        <w:t xml:space="preserve">  </w:t>
      </w:r>
      <w:r>
        <w:rPr>
          <w:lang w:eastAsia="ko-KR"/>
        </w:rPr>
        <w:t>발표에서</w:t>
      </w:r>
      <w:r>
        <w:rPr>
          <w:lang w:eastAsia="ko-KR"/>
        </w:rPr>
        <w:t xml:space="preserve"> </w:t>
      </w:r>
      <w:r>
        <w:rPr>
          <w:lang w:eastAsia="ko-KR"/>
        </w:rPr>
        <w:t>말씀하셨듯</w:t>
      </w:r>
      <w:r>
        <w:rPr>
          <w:lang w:eastAsia="ko-KR"/>
        </w:rPr>
        <w:t xml:space="preserve">, </w:t>
      </w:r>
      <w:r>
        <w:rPr>
          <w:lang w:eastAsia="ko-KR"/>
        </w:rPr>
        <w:t>노르웨이에는</w:t>
      </w:r>
      <w:r>
        <w:rPr>
          <w:lang w:eastAsia="ko-KR"/>
        </w:rPr>
        <w:t xml:space="preserve"> ‘</w:t>
      </w:r>
      <w:r>
        <w:rPr>
          <w:lang w:eastAsia="ko-KR"/>
        </w:rPr>
        <w:t>감정적으로</w:t>
      </w:r>
      <w:r>
        <w:rPr>
          <w:lang w:eastAsia="ko-KR"/>
        </w:rPr>
        <w:t xml:space="preserve"> </w:t>
      </w:r>
      <w:r>
        <w:rPr>
          <w:lang w:eastAsia="ko-KR"/>
        </w:rPr>
        <w:t>민감한</w:t>
      </w:r>
      <w:r>
        <w:rPr>
          <w:lang w:eastAsia="ko-KR"/>
        </w:rPr>
        <w:t xml:space="preserve"> </w:t>
      </w:r>
      <w:r>
        <w:rPr>
          <w:lang w:eastAsia="ko-KR"/>
        </w:rPr>
        <w:t>이슈</w:t>
      </w:r>
      <w:r>
        <w:rPr>
          <w:lang w:eastAsia="ko-KR"/>
        </w:rPr>
        <w:t>’</w:t>
      </w:r>
      <w:proofErr w:type="spellStart"/>
      <w:r>
        <w:rPr>
          <w:lang w:eastAsia="ko-KR"/>
        </w:rPr>
        <w:t>를</w:t>
      </w:r>
      <w:proofErr w:type="spellEnd"/>
      <w:r>
        <w:rPr>
          <w:lang w:eastAsia="ko-KR"/>
        </w:rPr>
        <w:t xml:space="preserve"> </w:t>
      </w:r>
      <w:r>
        <w:rPr>
          <w:lang w:eastAsia="ko-KR"/>
        </w:rPr>
        <w:t>회피하는</w:t>
      </w:r>
      <w:r>
        <w:rPr>
          <w:lang w:eastAsia="ko-KR"/>
        </w:rPr>
        <w:t xml:space="preserve"> </w:t>
      </w:r>
      <w:r>
        <w:rPr>
          <w:lang w:eastAsia="ko-KR"/>
        </w:rPr>
        <w:t>학교와</w:t>
      </w:r>
      <w:r>
        <w:rPr>
          <w:lang w:eastAsia="ko-KR"/>
        </w:rPr>
        <w:t xml:space="preserve"> </w:t>
      </w:r>
      <w:r>
        <w:rPr>
          <w:lang w:eastAsia="ko-KR"/>
        </w:rPr>
        <w:t>그렇지</w:t>
      </w:r>
      <w:r>
        <w:rPr>
          <w:lang w:eastAsia="ko-KR"/>
        </w:rPr>
        <w:t xml:space="preserve"> </w:t>
      </w:r>
      <w:r>
        <w:rPr>
          <w:lang w:eastAsia="ko-KR"/>
        </w:rPr>
        <w:t>않은</w:t>
      </w:r>
      <w:r>
        <w:rPr>
          <w:lang w:eastAsia="ko-KR"/>
        </w:rPr>
        <w:t xml:space="preserve"> </w:t>
      </w:r>
      <w:r>
        <w:rPr>
          <w:lang w:eastAsia="ko-KR"/>
        </w:rPr>
        <w:t>학교가</w:t>
      </w:r>
      <w:r>
        <w:rPr>
          <w:lang w:eastAsia="ko-KR"/>
        </w:rPr>
        <w:t xml:space="preserve"> </w:t>
      </w:r>
      <w:r>
        <w:rPr>
          <w:lang w:eastAsia="ko-KR"/>
        </w:rPr>
        <w:t>존재한다고</w:t>
      </w:r>
      <w:r>
        <w:rPr>
          <w:lang w:eastAsia="ko-KR"/>
        </w:rPr>
        <w:t xml:space="preserve"> </w:t>
      </w:r>
      <w:r>
        <w:rPr>
          <w:lang w:eastAsia="ko-KR"/>
        </w:rPr>
        <w:t>하셨습니다</w:t>
      </w:r>
      <w:r>
        <w:rPr>
          <w:lang w:eastAsia="ko-KR"/>
        </w:rPr>
        <w:t xml:space="preserve">. </w:t>
      </w:r>
      <w:r>
        <w:rPr>
          <w:lang w:eastAsia="ko-KR"/>
        </w:rPr>
        <w:t>한국</w:t>
      </w:r>
      <w:r>
        <w:rPr>
          <w:lang w:eastAsia="ko-KR"/>
        </w:rPr>
        <w:t xml:space="preserve"> </w:t>
      </w:r>
      <w:r>
        <w:rPr>
          <w:lang w:eastAsia="ko-KR"/>
        </w:rPr>
        <w:t>학교가</w:t>
      </w:r>
      <w:r>
        <w:rPr>
          <w:lang w:eastAsia="ko-KR"/>
        </w:rPr>
        <w:t xml:space="preserve"> </w:t>
      </w:r>
      <w:r>
        <w:rPr>
          <w:lang w:eastAsia="ko-KR"/>
        </w:rPr>
        <w:t>이러한</w:t>
      </w:r>
      <w:r>
        <w:rPr>
          <w:lang w:eastAsia="ko-KR"/>
        </w:rPr>
        <w:t xml:space="preserve"> ‘</w:t>
      </w:r>
      <w:r>
        <w:rPr>
          <w:lang w:eastAsia="ko-KR"/>
        </w:rPr>
        <w:t>민감</w:t>
      </w:r>
      <w:r>
        <w:rPr>
          <w:lang w:eastAsia="ko-KR"/>
        </w:rPr>
        <w:t xml:space="preserve"> </w:t>
      </w:r>
      <w:r>
        <w:rPr>
          <w:lang w:eastAsia="ko-KR"/>
        </w:rPr>
        <w:t>이슈</w:t>
      </w:r>
      <w:r>
        <w:rPr>
          <w:lang w:eastAsia="ko-KR"/>
        </w:rPr>
        <w:t xml:space="preserve"> </w:t>
      </w:r>
      <w:r>
        <w:rPr>
          <w:lang w:eastAsia="ko-KR"/>
        </w:rPr>
        <w:t>회피</w:t>
      </w:r>
      <w:r>
        <w:rPr>
          <w:lang w:eastAsia="ko-KR"/>
        </w:rPr>
        <w:t xml:space="preserve"> </w:t>
      </w:r>
      <w:r>
        <w:rPr>
          <w:lang w:eastAsia="ko-KR"/>
        </w:rPr>
        <w:t>문화</w:t>
      </w:r>
      <w:r>
        <w:rPr>
          <w:lang w:eastAsia="ko-KR"/>
        </w:rPr>
        <w:t>’</w:t>
      </w:r>
      <w:proofErr w:type="spellStart"/>
      <w:r>
        <w:rPr>
          <w:lang w:eastAsia="ko-KR"/>
        </w:rPr>
        <w:t>를</w:t>
      </w:r>
      <w:proofErr w:type="spellEnd"/>
      <w:r>
        <w:rPr>
          <w:lang w:eastAsia="ko-KR"/>
        </w:rPr>
        <w:t xml:space="preserve"> </w:t>
      </w:r>
      <w:r>
        <w:rPr>
          <w:lang w:eastAsia="ko-KR"/>
        </w:rPr>
        <w:t>극복하기</w:t>
      </w:r>
      <w:r>
        <w:rPr>
          <w:lang w:eastAsia="ko-KR"/>
        </w:rPr>
        <w:t xml:space="preserve"> </w:t>
      </w:r>
      <w:r>
        <w:rPr>
          <w:lang w:eastAsia="ko-KR"/>
        </w:rPr>
        <w:t>위해</w:t>
      </w:r>
      <w:r>
        <w:rPr>
          <w:lang w:eastAsia="ko-KR"/>
        </w:rPr>
        <w:t xml:space="preserve"> </w:t>
      </w:r>
      <w:r>
        <w:rPr>
          <w:lang w:eastAsia="ko-KR"/>
        </w:rPr>
        <w:t>어떤</w:t>
      </w:r>
      <w:r>
        <w:rPr>
          <w:lang w:eastAsia="ko-KR"/>
        </w:rPr>
        <w:t xml:space="preserve"> </w:t>
      </w:r>
      <w:r>
        <w:rPr>
          <w:lang w:eastAsia="ko-KR"/>
        </w:rPr>
        <w:t>단계적</w:t>
      </w:r>
      <w:r>
        <w:rPr>
          <w:lang w:eastAsia="ko-KR"/>
        </w:rPr>
        <w:t xml:space="preserve"> </w:t>
      </w:r>
      <w:r>
        <w:rPr>
          <w:lang w:eastAsia="ko-KR"/>
        </w:rPr>
        <w:t>접근이</w:t>
      </w:r>
      <w:r>
        <w:rPr>
          <w:lang w:eastAsia="ko-KR"/>
        </w:rPr>
        <w:t xml:space="preserve"> </w:t>
      </w:r>
      <w:r>
        <w:rPr>
          <w:lang w:eastAsia="ko-KR"/>
        </w:rPr>
        <w:t>필요하다고</w:t>
      </w:r>
      <w:r>
        <w:rPr>
          <w:lang w:eastAsia="ko-KR"/>
        </w:rPr>
        <w:t xml:space="preserve"> </w:t>
      </w:r>
      <w:r>
        <w:rPr>
          <w:lang w:eastAsia="ko-KR"/>
        </w:rPr>
        <w:t>보십니까</w:t>
      </w:r>
      <w:r>
        <w:rPr>
          <w:lang w:eastAsia="ko-KR"/>
        </w:rPr>
        <w:t>?</w:t>
      </w:r>
    </w:p>
    <w:p w14:paraId="2763AA7A" w14:textId="77777777" w:rsidR="00AA5C78" w:rsidRDefault="00000000">
      <w:pPr>
        <w:rPr>
          <w:lang w:eastAsia="ko-KR"/>
        </w:rPr>
      </w:pPr>
      <w:r>
        <w:lastRenderedPageBreak/>
        <w:t>• What are the most challenging controversial issues in Norway? When disagreements among students lead to conflict, what procedures or rules do Norwegian schools use to turn these moments into democratic learning opportunities?</w:t>
      </w:r>
      <w:r>
        <w:br/>
        <w:t xml:space="preserve">  </w:t>
      </w:r>
      <w:r>
        <w:rPr>
          <w:lang w:eastAsia="ko-KR"/>
        </w:rPr>
        <w:t>노르웨이에서</w:t>
      </w:r>
      <w:r>
        <w:rPr>
          <w:lang w:eastAsia="ko-KR"/>
        </w:rPr>
        <w:t xml:space="preserve"> </w:t>
      </w:r>
      <w:r>
        <w:rPr>
          <w:lang w:eastAsia="ko-KR"/>
        </w:rPr>
        <w:t>가장</w:t>
      </w:r>
      <w:r>
        <w:rPr>
          <w:lang w:eastAsia="ko-KR"/>
        </w:rPr>
        <w:t xml:space="preserve"> </w:t>
      </w:r>
      <w:r>
        <w:rPr>
          <w:lang w:eastAsia="ko-KR"/>
        </w:rPr>
        <w:t>다루기</w:t>
      </w:r>
      <w:r>
        <w:rPr>
          <w:lang w:eastAsia="ko-KR"/>
        </w:rPr>
        <w:t xml:space="preserve"> </w:t>
      </w:r>
      <w:r>
        <w:rPr>
          <w:lang w:eastAsia="ko-KR"/>
        </w:rPr>
        <w:t>어려운</w:t>
      </w:r>
      <w:r>
        <w:rPr>
          <w:lang w:eastAsia="ko-KR"/>
        </w:rPr>
        <w:t xml:space="preserve"> </w:t>
      </w:r>
      <w:r>
        <w:rPr>
          <w:lang w:eastAsia="ko-KR"/>
        </w:rPr>
        <w:t>논쟁적</w:t>
      </w:r>
      <w:r>
        <w:rPr>
          <w:lang w:eastAsia="ko-KR"/>
        </w:rPr>
        <w:t xml:space="preserve"> </w:t>
      </w:r>
      <w:r>
        <w:rPr>
          <w:lang w:eastAsia="ko-KR"/>
        </w:rPr>
        <w:t>이슈는</w:t>
      </w:r>
      <w:r>
        <w:rPr>
          <w:lang w:eastAsia="ko-KR"/>
        </w:rPr>
        <w:t xml:space="preserve"> </w:t>
      </w:r>
      <w:r>
        <w:rPr>
          <w:lang w:eastAsia="ko-KR"/>
        </w:rPr>
        <w:t>무엇입니까</w:t>
      </w:r>
      <w:r>
        <w:rPr>
          <w:lang w:eastAsia="ko-KR"/>
        </w:rPr>
        <w:t xml:space="preserve">? </w:t>
      </w:r>
      <w:r>
        <w:rPr>
          <w:lang w:eastAsia="ko-KR"/>
        </w:rPr>
        <w:t>또한</w:t>
      </w:r>
      <w:r>
        <w:rPr>
          <w:lang w:eastAsia="ko-KR"/>
        </w:rPr>
        <w:t xml:space="preserve"> </w:t>
      </w:r>
      <w:r>
        <w:rPr>
          <w:lang w:eastAsia="ko-KR"/>
        </w:rPr>
        <w:t>학생들이</w:t>
      </w:r>
      <w:r>
        <w:rPr>
          <w:lang w:eastAsia="ko-KR"/>
        </w:rPr>
        <w:t xml:space="preserve"> </w:t>
      </w:r>
      <w:r>
        <w:rPr>
          <w:lang w:eastAsia="ko-KR"/>
        </w:rPr>
        <w:t>서로</w:t>
      </w:r>
      <w:r>
        <w:rPr>
          <w:lang w:eastAsia="ko-KR"/>
        </w:rPr>
        <w:t xml:space="preserve"> </w:t>
      </w:r>
      <w:r>
        <w:rPr>
          <w:lang w:eastAsia="ko-KR"/>
        </w:rPr>
        <w:t>다른</w:t>
      </w:r>
      <w:r>
        <w:rPr>
          <w:lang w:eastAsia="ko-KR"/>
        </w:rPr>
        <w:t xml:space="preserve"> </w:t>
      </w:r>
      <w:r>
        <w:rPr>
          <w:lang w:eastAsia="ko-KR"/>
        </w:rPr>
        <w:t>의견을</w:t>
      </w:r>
      <w:r>
        <w:rPr>
          <w:lang w:eastAsia="ko-KR"/>
        </w:rPr>
        <w:t xml:space="preserve"> </w:t>
      </w:r>
      <w:r>
        <w:rPr>
          <w:lang w:eastAsia="ko-KR"/>
        </w:rPr>
        <w:t>제시할</w:t>
      </w:r>
      <w:r>
        <w:rPr>
          <w:lang w:eastAsia="ko-KR"/>
        </w:rPr>
        <w:t xml:space="preserve"> </w:t>
      </w:r>
      <w:r>
        <w:rPr>
          <w:lang w:eastAsia="ko-KR"/>
        </w:rPr>
        <w:t>때</w:t>
      </w:r>
      <w:r>
        <w:rPr>
          <w:lang w:eastAsia="ko-KR"/>
        </w:rPr>
        <w:t xml:space="preserve"> </w:t>
      </w:r>
      <w:r>
        <w:rPr>
          <w:lang w:eastAsia="ko-KR"/>
        </w:rPr>
        <w:t>갈등이</w:t>
      </w:r>
      <w:r>
        <w:rPr>
          <w:lang w:eastAsia="ko-KR"/>
        </w:rPr>
        <w:t xml:space="preserve"> </w:t>
      </w:r>
      <w:r>
        <w:rPr>
          <w:lang w:eastAsia="ko-KR"/>
        </w:rPr>
        <w:t>생길</w:t>
      </w:r>
      <w:r>
        <w:rPr>
          <w:lang w:eastAsia="ko-KR"/>
        </w:rPr>
        <w:t xml:space="preserve"> </w:t>
      </w:r>
      <w:r>
        <w:rPr>
          <w:lang w:eastAsia="ko-KR"/>
        </w:rPr>
        <w:t>수</w:t>
      </w:r>
      <w:r>
        <w:rPr>
          <w:lang w:eastAsia="ko-KR"/>
        </w:rPr>
        <w:t xml:space="preserve"> </w:t>
      </w:r>
      <w:r>
        <w:rPr>
          <w:lang w:eastAsia="ko-KR"/>
        </w:rPr>
        <w:t>있는데</w:t>
      </w:r>
      <w:r>
        <w:rPr>
          <w:lang w:eastAsia="ko-KR"/>
        </w:rPr>
        <w:t xml:space="preserve">, </w:t>
      </w:r>
      <w:r>
        <w:rPr>
          <w:lang w:eastAsia="ko-KR"/>
        </w:rPr>
        <w:t>노르웨이</w:t>
      </w:r>
      <w:r>
        <w:rPr>
          <w:lang w:eastAsia="ko-KR"/>
        </w:rPr>
        <w:t xml:space="preserve"> </w:t>
      </w:r>
      <w:r>
        <w:rPr>
          <w:lang w:eastAsia="ko-KR"/>
        </w:rPr>
        <w:t>학교는</w:t>
      </w:r>
      <w:r>
        <w:rPr>
          <w:lang w:eastAsia="ko-KR"/>
        </w:rPr>
        <w:t xml:space="preserve"> </w:t>
      </w:r>
      <w:r>
        <w:rPr>
          <w:lang w:eastAsia="ko-KR"/>
        </w:rPr>
        <w:t>이러한</w:t>
      </w:r>
      <w:r>
        <w:rPr>
          <w:lang w:eastAsia="ko-KR"/>
        </w:rPr>
        <w:t xml:space="preserve"> </w:t>
      </w:r>
      <w:r>
        <w:rPr>
          <w:lang w:eastAsia="ko-KR"/>
        </w:rPr>
        <w:t>갈등을</w:t>
      </w:r>
      <w:r>
        <w:rPr>
          <w:lang w:eastAsia="ko-KR"/>
        </w:rPr>
        <w:t xml:space="preserve"> </w:t>
      </w:r>
      <w:r>
        <w:rPr>
          <w:lang w:eastAsia="ko-KR"/>
        </w:rPr>
        <w:t>민주적</w:t>
      </w:r>
      <w:r>
        <w:rPr>
          <w:lang w:eastAsia="ko-KR"/>
        </w:rPr>
        <w:t xml:space="preserve"> </w:t>
      </w:r>
      <w:r>
        <w:rPr>
          <w:lang w:eastAsia="ko-KR"/>
        </w:rPr>
        <w:t>학습</w:t>
      </w:r>
      <w:r>
        <w:rPr>
          <w:lang w:eastAsia="ko-KR"/>
        </w:rPr>
        <w:t xml:space="preserve"> </w:t>
      </w:r>
      <w:r>
        <w:rPr>
          <w:lang w:eastAsia="ko-KR"/>
        </w:rPr>
        <w:t>기회로</w:t>
      </w:r>
      <w:r>
        <w:rPr>
          <w:lang w:eastAsia="ko-KR"/>
        </w:rPr>
        <w:t xml:space="preserve"> </w:t>
      </w:r>
      <w:r>
        <w:rPr>
          <w:lang w:eastAsia="ko-KR"/>
        </w:rPr>
        <w:t>전환하기</w:t>
      </w:r>
      <w:r>
        <w:rPr>
          <w:lang w:eastAsia="ko-KR"/>
        </w:rPr>
        <w:t xml:space="preserve"> </w:t>
      </w:r>
      <w:r>
        <w:rPr>
          <w:lang w:eastAsia="ko-KR"/>
        </w:rPr>
        <w:t>위해</w:t>
      </w:r>
      <w:r>
        <w:rPr>
          <w:lang w:eastAsia="ko-KR"/>
        </w:rPr>
        <w:t xml:space="preserve"> </w:t>
      </w:r>
      <w:r>
        <w:rPr>
          <w:lang w:eastAsia="ko-KR"/>
        </w:rPr>
        <w:t>어떤</w:t>
      </w:r>
      <w:r>
        <w:rPr>
          <w:lang w:eastAsia="ko-KR"/>
        </w:rPr>
        <w:t xml:space="preserve"> </w:t>
      </w:r>
      <w:r>
        <w:rPr>
          <w:lang w:eastAsia="ko-KR"/>
        </w:rPr>
        <w:t>절차나</w:t>
      </w:r>
      <w:r>
        <w:rPr>
          <w:lang w:eastAsia="ko-KR"/>
        </w:rPr>
        <w:t xml:space="preserve"> </w:t>
      </w:r>
      <w:r>
        <w:rPr>
          <w:lang w:eastAsia="ko-KR"/>
        </w:rPr>
        <w:t>규칙을</w:t>
      </w:r>
      <w:r>
        <w:rPr>
          <w:lang w:eastAsia="ko-KR"/>
        </w:rPr>
        <w:t xml:space="preserve"> </w:t>
      </w:r>
      <w:r>
        <w:rPr>
          <w:lang w:eastAsia="ko-KR"/>
        </w:rPr>
        <w:t>사용합니까</w:t>
      </w:r>
      <w:r>
        <w:rPr>
          <w:lang w:eastAsia="ko-KR"/>
        </w:rPr>
        <w:t>?</w:t>
      </w:r>
    </w:p>
    <w:p w14:paraId="358FE390" w14:textId="77777777" w:rsidR="00AA5C78" w:rsidRDefault="00000000">
      <w:pPr>
        <w:pStyle w:val="21"/>
      </w:pPr>
      <w:r>
        <w:t>3. Eva Kosberg</w:t>
      </w:r>
    </w:p>
    <w:p w14:paraId="6C19CB99" w14:textId="77777777" w:rsidR="00AA5C78" w:rsidRDefault="00000000">
      <w:pPr>
        <w:rPr>
          <w:lang w:eastAsia="ko-KR"/>
        </w:rPr>
      </w:pPr>
      <w:r>
        <w:t>• In Korea, students who express political opinions are often labeled as “problematic.” What institutional protections or classroom norms does Norway have to safeguard students’ political expression?</w:t>
      </w:r>
      <w:r>
        <w:br/>
        <w:t xml:space="preserve">  </w:t>
      </w:r>
      <w:r>
        <w:rPr>
          <w:lang w:eastAsia="ko-KR"/>
        </w:rPr>
        <w:t>한국에서는</w:t>
      </w:r>
      <w:r>
        <w:rPr>
          <w:lang w:eastAsia="ko-KR"/>
        </w:rPr>
        <w:t xml:space="preserve"> </w:t>
      </w:r>
      <w:r>
        <w:rPr>
          <w:lang w:eastAsia="ko-KR"/>
        </w:rPr>
        <w:t>학생이</w:t>
      </w:r>
      <w:r>
        <w:rPr>
          <w:lang w:eastAsia="ko-KR"/>
        </w:rPr>
        <w:t xml:space="preserve"> </w:t>
      </w:r>
      <w:r>
        <w:rPr>
          <w:lang w:eastAsia="ko-KR"/>
        </w:rPr>
        <w:t>정치적</w:t>
      </w:r>
      <w:r>
        <w:rPr>
          <w:lang w:eastAsia="ko-KR"/>
        </w:rPr>
        <w:t xml:space="preserve"> </w:t>
      </w:r>
      <w:r>
        <w:rPr>
          <w:lang w:eastAsia="ko-KR"/>
        </w:rPr>
        <w:t>의견을</w:t>
      </w:r>
      <w:r>
        <w:rPr>
          <w:lang w:eastAsia="ko-KR"/>
        </w:rPr>
        <w:t xml:space="preserve"> </w:t>
      </w:r>
      <w:r>
        <w:rPr>
          <w:lang w:eastAsia="ko-KR"/>
        </w:rPr>
        <w:t>표현하면</w:t>
      </w:r>
      <w:r>
        <w:rPr>
          <w:lang w:eastAsia="ko-KR"/>
        </w:rPr>
        <w:t xml:space="preserve"> ‘</w:t>
      </w:r>
      <w:r>
        <w:rPr>
          <w:lang w:eastAsia="ko-KR"/>
        </w:rPr>
        <w:t>문제아</w:t>
      </w:r>
      <w:r>
        <w:rPr>
          <w:lang w:eastAsia="ko-KR"/>
        </w:rPr>
        <w:t>’</w:t>
      </w:r>
      <w:r>
        <w:rPr>
          <w:lang w:eastAsia="ko-KR"/>
        </w:rPr>
        <w:t>로</w:t>
      </w:r>
      <w:r>
        <w:rPr>
          <w:lang w:eastAsia="ko-KR"/>
        </w:rPr>
        <w:t xml:space="preserve"> </w:t>
      </w:r>
      <w:proofErr w:type="spellStart"/>
      <w:r>
        <w:rPr>
          <w:lang w:eastAsia="ko-KR"/>
        </w:rPr>
        <w:t>낙인찍히는</w:t>
      </w:r>
      <w:proofErr w:type="spellEnd"/>
      <w:r>
        <w:rPr>
          <w:lang w:eastAsia="ko-KR"/>
        </w:rPr>
        <w:t xml:space="preserve"> </w:t>
      </w:r>
      <w:r>
        <w:rPr>
          <w:lang w:eastAsia="ko-KR"/>
        </w:rPr>
        <w:t>경우가</w:t>
      </w:r>
      <w:r>
        <w:rPr>
          <w:lang w:eastAsia="ko-KR"/>
        </w:rPr>
        <w:t xml:space="preserve"> </w:t>
      </w:r>
      <w:r>
        <w:rPr>
          <w:lang w:eastAsia="ko-KR"/>
        </w:rPr>
        <w:t>있습니다</w:t>
      </w:r>
      <w:r>
        <w:rPr>
          <w:lang w:eastAsia="ko-KR"/>
        </w:rPr>
        <w:t xml:space="preserve">. </w:t>
      </w:r>
      <w:r>
        <w:rPr>
          <w:lang w:eastAsia="ko-KR"/>
        </w:rPr>
        <w:t>노르웨이에서는</w:t>
      </w:r>
      <w:r>
        <w:rPr>
          <w:lang w:eastAsia="ko-KR"/>
        </w:rPr>
        <w:t xml:space="preserve"> </w:t>
      </w:r>
      <w:r>
        <w:rPr>
          <w:lang w:eastAsia="ko-KR"/>
        </w:rPr>
        <w:t>학생들의</w:t>
      </w:r>
      <w:r>
        <w:rPr>
          <w:lang w:eastAsia="ko-KR"/>
        </w:rPr>
        <w:t xml:space="preserve"> </w:t>
      </w:r>
      <w:r>
        <w:rPr>
          <w:lang w:eastAsia="ko-KR"/>
        </w:rPr>
        <w:t>정치적</w:t>
      </w:r>
      <w:r>
        <w:rPr>
          <w:lang w:eastAsia="ko-KR"/>
        </w:rPr>
        <w:t xml:space="preserve"> </w:t>
      </w:r>
      <w:r>
        <w:rPr>
          <w:lang w:eastAsia="ko-KR"/>
        </w:rPr>
        <w:t>표현을</w:t>
      </w:r>
      <w:r>
        <w:rPr>
          <w:lang w:eastAsia="ko-KR"/>
        </w:rPr>
        <w:t xml:space="preserve"> </w:t>
      </w:r>
      <w:r>
        <w:rPr>
          <w:lang w:eastAsia="ko-KR"/>
        </w:rPr>
        <w:t>보호하기</w:t>
      </w:r>
      <w:r>
        <w:rPr>
          <w:lang w:eastAsia="ko-KR"/>
        </w:rPr>
        <w:t xml:space="preserve"> </w:t>
      </w:r>
      <w:r>
        <w:rPr>
          <w:lang w:eastAsia="ko-KR"/>
        </w:rPr>
        <w:t>위해</w:t>
      </w:r>
      <w:r>
        <w:rPr>
          <w:lang w:eastAsia="ko-KR"/>
        </w:rPr>
        <w:t xml:space="preserve"> </w:t>
      </w:r>
      <w:r>
        <w:rPr>
          <w:lang w:eastAsia="ko-KR"/>
        </w:rPr>
        <w:t>어떤</w:t>
      </w:r>
      <w:r>
        <w:rPr>
          <w:lang w:eastAsia="ko-KR"/>
        </w:rPr>
        <w:t xml:space="preserve"> </w:t>
      </w:r>
      <w:r>
        <w:rPr>
          <w:lang w:eastAsia="ko-KR"/>
        </w:rPr>
        <w:t>제도적</w:t>
      </w:r>
      <w:r>
        <w:rPr>
          <w:lang w:eastAsia="ko-KR"/>
        </w:rPr>
        <w:t xml:space="preserve"> </w:t>
      </w:r>
      <w:r>
        <w:rPr>
          <w:lang w:eastAsia="ko-KR"/>
        </w:rPr>
        <w:t>장치나</w:t>
      </w:r>
      <w:r>
        <w:rPr>
          <w:lang w:eastAsia="ko-KR"/>
        </w:rPr>
        <w:t xml:space="preserve"> </w:t>
      </w:r>
      <w:r>
        <w:rPr>
          <w:lang w:eastAsia="ko-KR"/>
        </w:rPr>
        <w:t>교실</w:t>
      </w:r>
      <w:r>
        <w:rPr>
          <w:lang w:eastAsia="ko-KR"/>
        </w:rPr>
        <w:t xml:space="preserve"> </w:t>
      </w:r>
      <w:r>
        <w:rPr>
          <w:lang w:eastAsia="ko-KR"/>
        </w:rPr>
        <w:t>규범이</w:t>
      </w:r>
      <w:r>
        <w:rPr>
          <w:lang w:eastAsia="ko-KR"/>
        </w:rPr>
        <w:t xml:space="preserve"> </w:t>
      </w:r>
      <w:r>
        <w:rPr>
          <w:lang w:eastAsia="ko-KR"/>
        </w:rPr>
        <w:t>마련되어</w:t>
      </w:r>
      <w:r>
        <w:rPr>
          <w:lang w:eastAsia="ko-KR"/>
        </w:rPr>
        <w:t xml:space="preserve"> </w:t>
      </w:r>
      <w:r>
        <w:rPr>
          <w:lang w:eastAsia="ko-KR"/>
        </w:rPr>
        <w:t>있습니까</w:t>
      </w:r>
      <w:r>
        <w:rPr>
          <w:lang w:eastAsia="ko-KR"/>
        </w:rPr>
        <w:t>?</w:t>
      </w:r>
    </w:p>
    <w:p w14:paraId="34A4A6F1" w14:textId="77777777" w:rsidR="00AA5C78" w:rsidRDefault="00000000">
      <w:pPr>
        <w:rPr>
          <w:lang w:eastAsia="ko-KR"/>
        </w:rPr>
      </w:pPr>
      <w:r>
        <w:t>• ICCS studies indicate that socioeconomic background affects political efficacy. What practical strategies are used in Norwegian social studies classrooms to mitigate this effect?</w:t>
      </w:r>
      <w:r>
        <w:br/>
        <w:t xml:space="preserve">  </w:t>
      </w:r>
      <w:r>
        <w:rPr>
          <w:lang w:eastAsia="ko-KR"/>
        </w:rPr>
        <w:t xml:space="preserve">ICCS </w:t>
      </w:r>
      <w:r>
        <w:rPr>
          <w:lang w:eastAsia="ko-KR"/>
        </w:rPr>
        <w:t>연구에</w:t>
      </w:r>
      <w:r>
        <w:rPr>
          <w:lang w:eastAsia="ko-KR"/>
        </w:rPr>
        <w:t xml:space="preserve"> </w:t>
      </w:r>
      <w:r>
        <w:rPr>
          <w:lang w:eastAsia="ko-KR"/>
        </w:rPr>
        <w:t>따르면</w:t>
      </w:r>
      <w:r>
        <w:rPr>
          <w:lang w:eastAsia="ko-KR"/>
        </w:rPr>
        <w:t xml:space="preserve"> </w:t>
      </w:r>
      <w:r>
        <w:rPr>
          <w:lang w:eastAsia="ko-KR"/>
        </w:rPr>
        <w:t>사회경제적</w:t>
      </w:r>
      <w:r>
        <w:rPr>
          <w:lang w:eastAsia="ko-KR"/>
        </w:rPr>
        <w:t xml:space="preserve"> </w:t>
      </w:r>
      <w:r>
        <w:rPr>
          <w:lang w:eastAsia="ko-KR"/>
        </w:rPr>
        <w:t>배경이</w:t>
      </w:r>
      <w:r>
        <w:rPr>
          <w:lang w:eastAsia="ko-KR"/>
        </w:rPr>
        <w:t xml:space="preserve"> </w:t>
      </w:r>
      <w:proofErr w:type="spellStart"/>
      <w:r>
        <w:rPr>
          <w:lang w:eastAsia="ko-KR"/>
        </w:rPr>
        <w:t>정치효능감에</w:t>
      </w:r>
      <w:proofErr w:type="spellEnd"/>
      <w:r>
        <w:rPr>
          <w:lang w:eastAsia="ko-KR"/>
        </w:rPr>
        <w:t xml:space="preserve"> </w:t>
      </w:r>
      <w:r>
        <w:rPr>
          <w:lang w:eastAsia="ko-KR"/>
        </w:rPr>
        <w:t>영향을</w:t>
      </w:r>
      <w:r>
        <w:rPr>
          <w:lang w:eastAsia="ko-KR"/>
        </w:rPr>
        <w:t xml:space="preserve"> </w:t>
      </w:r>
      <w:r>
        <w:rPr>
          <w:lang w:eastAsia="ko-KR"/>
        </w:rPr>
        <w:t>준다고</w:t>
      </w:r>
      <w:r>
        <w:rPr>
          <w:lang w:eastAsia="ko-KR"/>
        </w:rPr>
        <w:t xml:space="preserve"> </w:t>
      </w:r>
      <w:r>
        <w:rPr>
          <w:lang w:eastAsia="ko-KR"/>
        </w:rPr>
        <w:t>하셨습니다</w:t>
      </w:r>
      <w:r>
        <w:rPr>
          <w:lang w:eastAsia="ko-KR"/>
        </w:rPr>
        <w:t xml:space="preserve">. </w:t>
      </w:r>
      <w:r>
        <w:rPr>
          <w:lang w:eastAsia="ko-KR"/>
        </w:rPr>
        <w:t>노르웨이는</w:t>
      </w:r>
      <w:r>
        <w:rPr>
          <w:lang w:eastAsia="ko-KR"/>
        </w:rPr>
        <w:t xml:space="preserve"> </w:t>
      </w:r>
      <w:r>
        <w:rPr>
          <w:lang w:eastAsia="ko-KR"/>
        </w:rPr>
        <w:t>이를</w:t>
      </w:r>
      <w:r>
        <w:rPr>
          <w:lang w:eastAsia="ko-KR"/>
        </w:rPr>
        <w:t xml:space="preserve"> </w:t>
      </w:r>
      <w:r>
        <w:rPr>
          <w:lang w:eastAsia="ko-KR"/>
        </w:rPr>
        <w:t>완화하기</w:t>
      </w:r>
      <w:r>
        <w:rPr>
          <w:lang w:eastAsia="ko-KR"/>
        </w:rPr>
        <w:t xml:space="preserve"> </w:t>
      </w:r>
      <w:r>
        <w:rPr>
          <w:lang w:eastAsia="ko-KR"/>
        </w:rPr>
        <w:t>위해</w:t>
      </w:r>
      <w:r>
        <w:rPr>
          <w:lang w:eastAsia="ko-KR"/>
        </w:rPr>
        <w:t xml:space="preserve"> </w:t>
      </w:r>
      <w:proofErr w:type="spellStart"/>
      <w:r>
        <w:rPr>
          <w:lang w:eastAsia="ko-KR"/>
        </w:rPr>
        <w:t>사회과</w:t>
      </w:r>
      <w:proofErr w:type="spellEnd"/>
      <w:r>
        <w:rPr>
          <w:lang w:eastAsia="ko-KR"/>
        </w:rPr>
        <w:t xml:space="preserve"> </w:t>
      </w:r>
      <w:r>
        <w:rPr>
          <w:lang w:eastAsia="ko-KR"/>
        </w:rPr>
        <w:t>교실에서</w:t>
      </w:r>
      <w:r>
        <w:rPr>
          <w:lang w:eastAsia="ko-KR"/>
        </w:rPr>
        <w:t xml:space="preserve"> </w:t>
      </w:r>
      <w:r>
        <w:rPr>
          <w:lang w:eastAsia="ko-KR"/>
        </w:rPr>
        <w:t>어떤</w:t>
      </w:r>
      <w:r>
        <w:rPr>
          <w:lang w:eastAsia="ko-KR"/>
        </w:rPr>
        <w:t xml:space="preserve"> </w:t>
      </w:r>
      <w:r>
        <w:rPr>
          <w:lang w:eastAsia="ko-KR"/>
        </w:rPr>
        <w:t>실천적</w:t>
      </w:r>
      <w:r>
        <w:rPr>
          <w:lang w:eastAsia="ko-KR"/>
        </w:rPr>
        <w:t xml:space="preserve"> </w:t>
      </w:r>
      <w:r>
        <w:rPr>
          <w:lang w:eastAsia="ko-KR"/>
        </w:rPr>
        <w:t>전략을</w:t>
      </w:r>
      <w:r>
        <w:rPr>
          <w:lang w:eastAsia="ko-KR"/>
        </w:rPr>
        <w:t xml:space="preserve"> </w:t>
      </w:r>
      <w:r>
        <w:rPr>
          <w:lang w:eastAsia="ko-KR"/>
        </w:rPr>
        <w:t>활용하고</w:t>
      </w:r>
      <w:r>
        <w:rPr>
          <w:lang w:eastAsia="ko-KR"/>
        </w:rPr>
        <w:t xml:space="preserve"> </w:t>
      </w:r>
      <w:r>
        <w:rPr>
          <w:lang w:eastAsia="ko-KR"/>
        </w:rPr>
        <w:t>있습니까</w:t>
      </w:r>
      <w:r>
        <w:rPr>
          <w:lang w:eastAsia="ko-KR"/>
        </w:rPr>
        <w:t>?</w:t>
      </w:r>
    </w:p>
    <w:p w14:paraId="2BA536DB" w14:textId="77777777" w:rsidR="00AA5C78" w:rsidRDefault="00000000">
      <w:pPr>
        <w:rPr>
          <w:lang w:eastAsia="ko-KR"/>
        </w:rPr>
      </w:pPr>
      <w:r>
        <w:t>• You emphasized the importance of cooperative learning for fostering political efficacy. In Korea, cooperative learning has been used for years even in elementary and middle schools, but applying it effectively to controversial issues requires more specific expertise. Could you provide concrete examples of how cooperative learning is used successfully with controversial issues in Norway?</w:t>
      </w:r>
      <w:r>
        <w:br/>
        <w:t xml:space="preserve">  </w:t>
      </w:r>
      <w:proofErr w:type="spellStart"/>
      <w:r>
        <w:rPr>
          <w:lang w:eastAsia="ko-KR"/>
        </w:rPr>
        <w:t>정치효능감을</w:t>
      </w:r>
      <w:proofErr w:type="spellEnd"/>
      <w:r>
        <w:rPr>
          <w:lang w:eastAsia="ko-KR"/>
        </w:rPr>
        <w:t xml:space="preserve"> </w:t>
      </w:r>
      <w:r>
        <w:rPr>
          <w:lang w:eastAsia="ko-KR"/>
        </w:rPr>
        <w:t>높이기</w:t>
      </w:r>
      <w:r>
        <w:rPr>
          <w:lang w:eastAsia="ko-KR"/>
        </w:rPr>
        <w:t xml:space="preserve"> </w:t>
      </w:r>
      <w:r>
        <w:rPr>
          <w:lang w:eastAsia="ko-KR"/>
        </w:rPr>
        <w:t>위한</w:t>
      </w:r>
      <w:r>
        <w:rPr>
          <w:lang w:eastAsia="ko-KR"/>
        </w:rPr>
        <w:t xml:space="preserve"> </w:t>
      </w:r>
      <w:r>
        <w:rPr>
          <w:lang w:eastAsia="ko-KR"/>
        </w:rPr>
        <w:t>방안으로</w:t>
      </w:r>
      <w:r>
        <w:rPr>
          <w:lang w:eastAsia="ko-KR"/>
        </w:rPr>
        <w:t xml:space="preserve"> </w:t>
      </w:r>
      <w:proofErr w:type="gramStart"/>
      <w:r>
        <w:rPr>
          <w:lang w:eastAsia="ko-KR"/>
        </w:rPr>
        <w:t>협동학습</w:t>
      </w:r>
      <w:r>
        <w:rPr>
          <w:lang w:eastAsia="ko-KR"/>
        </w:rPr>
        <w:t>(</w:t>
      </w:r>
      <w:proofErr w:type="gramEnd"/>
      <w:r>
        <w:rPr>
          <w:lang w:eastAsia="ko-KR"/>
        </w:rPr>
        <w:t xml:space="preserve">cooperative </w:t>
      </w:r>
      <w:proofErr w:type="gramStart"/>
      <w:r>
        <w:rPr>
          <w:lang w:eastAsia="ko-KR"/>
        </w:rPr>
        <w:t>learning)</w:t>
      </w:r>
      <w:r>
        <w:rPr>
          <w:lang w:eastAsia="ko-KR"/>
        </w:rPr>
        <w:t>의</w:t>
      </w:r>
      <w:proofErr w:type="gramEnd"/>
      <w:r>
        <w:rPr>
          <w:lang w:eastAsia="ko-KR"/>
        </w:rPr>
        <w:t xml:space="preserve"> </w:t>
      </w:r>
      <w:r>
        <w:rPr>
          <w:lang w:eastAsia="ko-KR"/>
        </w:rPr>
        <w:t>중요성을</w:t>
      </w:r>
      <w:r>
        <w:rPr>
          <w:lang w:eastAsia="ko-KR"/>
        </w:rPr>
        <w:t xml:space="preserve"> </w:t>
      </w:r>
      <w:r>
        <w:rPr>
          <w:lang w:eastAsia="ko-KR"/>
        </w:rPr>
        <w:t>강조하셨습니다</w:t>
      </w:r>
      <w:r>
        <w:rPr>
          <w:lang w:eastAsia="ko-KR"/>
        </w:rPr>
        <w:t xml:space="preserve">. </w:t>
      </w:r>
      <w:r>
        <w:rPr>
          <w:lang w:eastAsia="ko-KR"/>
        </w:rPr>
        <w:t>한국에서도</w:t>
      </w:r>
      <w:r>
        <w:rPr>
          <w:lang w:eastAsia="ko-KR"/>
        </w:rPr>
        <w:t xml:space="preserve"> </w:t>
      </w:r>
      <w:r>
        <w:rPr>
          <w:lang w:eastAsia="ko-KR"/>
        </w:rPr>
        <w:t>협동학습이</w:t>
      </w:r>
      <w:r>
        <w:rPr>
          <w:lang w:eastAsia="ko-KR"/>
        </w:rPr>
        <w:t xml:space="preserve"> </w:t>
      </w:r>
      <w:r>
        <w:rPr>
          <w:lang w:eastAsia="ko-KR"/>
        </w:rPr>
        <w:t>오래전에</w:t>
      </w:r>
      <w:r>
        <w:rPr>
          <w:lang w:eastAsia="ko-KR"/>
        </w:rPr>
        <w:t xml:space="preserve"> </w:t>
      </w:r>
      <w:r>
        <w:rPr>
          <w:lang w:eastAsia="ko-KR"/>
        </w:rPr>
        <w:t>도입되어</w:t>
      </w:r>
      <w:r>
        <w:rPr>
          <w:lang w:eastAsia="ko-KR"/>
        </w:rPr>
        <w:t xml:space="preserve"> </w:t>
      </w:r>
      <w:r>
        <w:rPr>
          <w:lang w:eastAsia="ko-KR"/>
        </w:rPr>
        <w:t>초등</w:t>
      </w:r>
      <w:r>
        <w:rPr>
          <w:lang w:eastAsia="ko-KR"/>
        </w:rPr>
        <w:t>·</w:t>
      </w:r>
      <w:r>
        <w:rPr>
          <w:lang w:eastAsia="ko-KR"/>
        </w:rPr>
        <w:t>중학교에서</w:t>
      </w:r>
      <w:r>
        <w:rPr>
          <w:lang w:eastAsia="ko-KR"/>
        </w:rPr>
        <w:t xml:space="preserve"> </w:t>
      </w:r>
      <w:r>
        <w:rPr>
          <w:lang w:eastAsia="ko-KR"/>
        </w:rPr>
        <w:t>종종</w:t>
      </w:r>
      <w:r>
        <w:rPr>
          <w:lang w:eastAsia="ko-KR"/>
        </w:rPr>
        <w:t xml:space="preserve"> </w:t>
      </w:r>
      <w:r>
        <w:rPr>
          <w:lang w:eastAsia="ko-KR"/>
        </w:rPr>
        <w:t>사용되고</w:t>
      </w:r>
      <w:r>
        <w:rPr>
          <w:lang w:eastAsia="ko-KR"/>
        </w:rPr>
        <w:t xml:space="preserve"> </w:t>
      </w:r>
      <w:r>
        <w:rPr>
          <w:lang w:eastAsia="ko-KR"/>
        </w:rPr>
        <w:t>있습니다</w:t>
      </w:r>
      <w:r>
        <w:rPr>
          <w:lang w:eastAsia="ko-KR"/>
        </w:rPr>
        <w:t xml:space="preserve">. </w:t>
      </w:r>
      <w:r>
        <w:rPr>
          <w:lang w:eastAsia="ko-KR"/>
        </w:rPr>
        <w:t>그러나</w:t>
      </w:r>
      <w:r>
        <w:rPr>
          <w:lang w:eastAsia="ko-KR"/>
        </w:rPr>
        <w:t xml:space="preserve"> </w:t>
      </w:r>
      <w:r>
        <w:rPr>
          <w:lang w:eastAsia="ko-KR"/>
        </w:rPr>
        <w:t>말씀하신</w:t>
      </w:r>
      <w:r>
        <w:rPr>
          <w:lang w:eastAsia="ko-KR"/>
        </w:rPr>
        <w:t xml:space="preserve"> </w:t>
      </w:r>
      <w:r>
        <w:rPr>
          <w:lang w:eastAsia="ko-KR"/>
        </w:rPr>
        <w:t>것처럼</w:t>
      </w:r>
      <w:r>
        <w:rPr>
          <w:lang w:eastAsia="ko-KR"/>
        </w:rPr>
        <w:t xml:space="preserve"> </w:t>
      </w:r>
      <w:r>
        <w:rPr>
          <w:lang w:eastAsia="ko-KR"/>
        </w:rPr>
        <w:t>논쟁</w:t>
      </w:r>
      <w:r>
        <w:rPr>
          <w:lang w:eastAsia="ko-KR"/>
        </w:rPr>
        <w:t xml:space="preserve"> </w:t>
      </w:r>
      <w:r>
        <w:rPr>
          <w:lang w:eastAsia="ko-KR"/>
        </w:rPr>
        <w:t>문제를</w:t>
      </w:r>
      <w:r>
        <w:rPr>
          <w:lang w:eastAsia="ko-KR"/>
        </w:rPr>
        <w:t xml:space="preserve"> </w:t>
      </w:r>
      <w:r>
        <w:rPr>
          <w:lang w:eastAsia="ko-KR"/>
        </w:rPr>
        <w:t>다루는</w:t>
      </w:r>
      <w:r>
        <w:rPr>
          <w:lang w:eastAsia="ko-KR"/>
        </w:rPr>
        <w:t xml:space="preserve"> </w:t>
      </w:r>
      <w:r>
        <w:rPr>
          <w:lang w:eastAsia="ko-KR"/>
        </w:rPr>
        <w:t>데</w:t>
      </w:r>
      <w:r>
        <w:rPr>
          <w:lang w:eastAsia="ko-KR"/>
        </w:rPr>
        <w:t xml:space="preserve"> </w:t>
      </w:r>
      <w:r>
        <w:rPr>
          <w:lang w:eastAsia="ko-KR"/>
        </w:rPr>
        <w:t>협동학습이</w:t>
      </w:r>
      <w:r>
        <w:rPr>
          <w:lang w:eastAsia="ko-KR"/>
        </w:rPr>
        <w:t xml:space="preserve"> </w:t>
      </w:r>
      <w:r>
        <w:rPr>
          <w:lang w:eastAsia="ko-KR"/>
        </w:rPr>
        <w:t>효과를</w:t>
      </w:r>
      <w:r>
        <w:rPr>
          <w:lang w:eastAsia="ko-KR"/>
        </w:rPr>
        <w:t xml:space="preserve"> </w:t>
      </w:r>
      <w:r>
        <w:rPr>
          <w:lang w:eastAsia="ko-KR"/>
        </w:rPr>
        <w:t>발휘하려면</w:t>
      </w:r>
      <w:r>
        <w:rPr>
          <w:lang w:eastAsia="ko-KR"/>
        </w:rPr>
        <w:t xml:space="preserve"> </w:t>
      </w:r>
      <w:r>
        <w:rPr>
          <w:lang w:eastAsia="ko-KR"/>
        </w:rPr>
        <w:t>더</w:t>
      </w:r>
      <w:r>
        <w:rPr>
          <w:lang w:eastAsia="ko-KR"/>
        </w:rPr>
        <w:t xml:space="preserve"> </w:t>
      </w:r>
      <w:r>
        <w:rPr>
          <w:lang w:eastAsia="ko-KR"/>
        </w:rPr>
        <w:t>세부적인</w:t>
      </w:r>
      <w:r>
        <w:rPr>
          <w:lang w:eastAsia="ko-KR"/>
        </w:rPr>
        <w:t xml:space="preserve"> </w:t>
      </w:r>
      <w:r>
        <w:rPr>
          <w:lang w:eastAsia="ko-KR"/>
        </w:rPr>
        <w:t>지혜가</w:t>
      </w:r>
      <w:r>
        <w:rPr>
          <w:lang w:eastAsia="ko-KR"/>
        </w:rPr>
        <w:t xml:space="preserve"> </w:t>
      </w:r>
      <w:r>
        <w:rPr>
          <w:lang w:eastAsia="ko-KR"/>
        </w:rPr>
        <w:t>필요해</w:t>
      </w:r>
      <w:r>
        <w:rPr>
          <w:lang w:eastAsia="ko-KR"/>
        </w:rPr>
        <w:t xml:space="preserve"> </w:t>
      </w:r>
      <w:r>
        <w:rPr>
          <w:lang w:eastAsia="ko-KR"/>
        </w:rPr>
        <w:t>보입니다</w:t>
      </w:r>
      <w:r>
        <w:rPr>
          <w:lang w:eastAsia="ko-KR"/>
        </w:rPr>
        <w:t xml:space="preserve">. </w:t>
      </w:r>
      <w:r>
        <w:rPr>
          <w:lang w:eastAsia="ko-KR"/>
        </w:rPr>
        <w:t>이와</w:t>
      </w:r>
      <w:r>
        <w:rPr>
          <w:lang w:eastAsia="ko-KR"/>
        </w:rPr>
        <w:t xml:space="preserve"> </w:t>
      </w:r>
      <w:r>
        <w:rPr>
          <w:lang w:eastAsia="ko-KR"/>
        </w:rPr>
        <w:t>관련된</w:t>
      </w:r>
      <w:r>
        <w:rPr>
          <w:lang w:eastAsia="ko-KR"/>
        </w:rPr>
        <w:t xml:space="preserve"> </w:t>
      </w:r>
      <w:r>
        <w:rPr>
          <w:lang w:eastAsia="ko-KR"/>
        </w:rPr>
        <w:t>구체적인</w:t>
      </w:r>
      <w:r>
        <w:rPr>
          <w:lang w:eastAsia="ko-KR"/>
        </w:rPr>
        <w:t xml:space="preserve"> </w:t>
      </w:r>
      <w:r>
        <w:rPr>
          <w:lang w:eastAsia="ko-KR"/>
        </w:rPr>
        <w:t>예를</w:t>
      </w:r>
      <w:r>
        <w:rPr>
          <w:lang w:eastAsia="ko-KR"/>
        </w:rPr>
        <w:t xml:space="preserve"> </w:t>
      </w:r>
      <w:proofErr w:type="spellStart"/>
      <w:r>
        <w:rPr>
          <w:lang w:eastAsia="ko-KR"/>
        </w:rPr>
        <w:t>들어주실</w:t>
      </w:r>
      <w:proofErr w:type="spellEnd"/>
      <w:r>
        <w:rPr>
          <w:lang w:eastAsia="ko-KR"/>
        </w:rPr>
        <w:t xml:space="preserve"> </w:t>
      </w:r>
      <w:r>
        <w:rPr>
          <w:lang w:eastAsia="ko-KR"/>
        </w:rPr>
        <w:t>수</w:t>
      </w:r>
      <w:r>
        <w:rPr>
          <w:lang w:eastAsia="ko-KR"/>
        </w:rPr>
        <w:t xml:space="preserve"> </w:t>
      </w:r>
      <w:r>
        <w:rPr>
          <w:lang w:eastAsia="ko-KR"/>
        </w:rPr>
        <w:t>있을까요</w:t>
      </w:r>
      <w:r>
        <w:rPr>
          <w:lang w:eastAsia="ko-KR"/>
        </w:rPr>
        <w:t>?</w:t>
      </w:r>
    </w:p>
    <w:p w14:paraId="7C363816" w14:textId="77777777" w:rsidR="00AA5C78" w:rsidRDefault="00000000">
      <w:pPr>
        <w:pStyle w:val="21"/>
      </w:pPr>
      <w:r>
        <w:t>4. Nanna Paaske</w:t>
      </w:r>
    </w:p>
    <w:p w14:paraId="47129D9A" w14:textId="77777777" w:rsidR="00AA5C78" w:rsidRDefault="00000000">
      <w:pPr>
        <w:rPr>
          <w:lang w:eastAsia="ko-KR"/>
        </w:rPr>
      </w:pPr>
      <w:r>
        <w:t>• You emphasized the importance of formative assessment and student self-assessment. In Korea, especially in high schools, evaluations are strongly tied to competitive university entrance rankings. Does Norway also face such dilemmas in relation to university admissions? How does Norway design assessments institutionally and philosophically to avoid competitive ranking?</w:t>
      </w:r>
      <w:r>
        <w:br/>
        <w:t xml:space="preserve">  </w:t>
      </w:r>
      <w:r>
        <w:rPr>
          <w:lang w:eastAsia="ko-KR"/>
        </w:rPr>
        <w:t>형성평가와</w:t>
      </w:r>
      <w:r>
        <w:rPr>
          <w:lang w:eastAsia="ko-KR"/>
        </w:rPr>
        <w:t xml:space="preserve"> </w:t>
      </w:r>
      <w:r>
        <w:rPr>
          <w:lang w:eastAsia="ko-KR"/>
        </w:rPr>
        <w:t>학생</w:t>
      </w:r>
      <w:r>
        <w:rPr>
          <w:lang w:eastAsia="ko-KR"/>
        </w:rPr>
        <w:t xml:space="preserve"> </w:t>
      </w:r>
      <w:r>
        <w:rPr>
          <w:lang w:eastAsia="ko-KR"/>
        </w:rPr>
        <w:t>자기평가의</w:t>
      </w:r>
      <w:r>
        <w:rPr>
          <w:lang w:eastAsia="ko-KR"/>
        </w:rPr>
        <w:t xml:space="preserve"> </w:t>
      </w:r>
      <w:r>
        <w:rPr>
          <w:lang w:eastAsia="ko-KR"/>
        </w:rPr>
        <w:t>중요성을</w:t>
      </w:r>
      <w:r>
        <w:rPr>
          <w:lang w:eastAsia="ko-KR"/>
        </w:rPr>
        <w:t xml:space="preserve"> </w:t>
      </w:r>
      <w:r>
        <w:rPr>
          <w:lang w:eastAsia="ko-KR"/>
        </w:rPr>
        <w:t>강조하셨습니다</w:t>
      </w:r>
      <w:r>
        <w:rPr>
          <w:lang w:eastAsia="ko-KR"/>
        </w:rPr>
        <w:t xml:space="preserve">. </w:t>
      </w:r>
      <w:r>
        <w:rPr>
          <w:lang w:eastAsia="ko-KR"/>
        </w:rPr>
        <w:t>그러나</w:t>
      </w:r>
      <w:r>
        <w:rPr>
          <w:lang w:eastAsia="ko-KR"/>
        </w:rPr>
        <w:t xml:space="preserve"> </w:t>
      </w:r>
      <w:r>
        <w:rPr>
          <w:lang w:eastAsia="ko-KR"/>
        </w:rPr>
        <w:t>한국</w:t>
      </w:r>
      <w:r>
        <w:rPr>
          <w:lang w:eastAsia="ko-KR"/>
        </w:rPr>
        <w:t xml:space="preserve"> </w:t>
      </w:r>
      <w:r>
        <w:rPr>
          <w:lang w:eastAsia="ko-KR"/>
        </w:rPr>
        <w:t>고등학교에서는</w:t>
      </w:r>
      <w:r>
        <w:rPr>
          <w:lang w:eastAsia="ko-KR"/>
        </w:rPr>
        <w:t xml:space="preserve"> </w:t>
      </w:r>
      <w:r>
        <w:rPr>
          <w:lang w:eastAsia="ko-KR"/>
        </w:rPr>
        <w:lastRenderedPageBreak/>
        <w:t>상대평가</w:t>
      </w:r>
      <w:r>
        <w:rPr>
          <w:lang w:eastAsia="ko-KR"/>
        </w:rPr>
        <w:t xml:space="preserve"> </w:t>
      </w:r>
      <w:r>
        <w:rPr>
          <w:lang w:eastAsia="ko-KR"/>
        </w:rPr>
        <w:t>구조가</w:t>
      </w:r>
      <w:r>
        <w:rPr>
          <w:lang w:eastAsia="ko-KR"/>
        </w:rPr>
        <w:t xml:space="preserve"> </w:t>
      </w:r>
      <w:r>
        <w:rPr>
          <w:lang w:eastAsia="ko-KR"/>
        </w:rPr>
        <w:t>강해</w:t>
      </w:r>
      <w:r>
        <w:rPr>
          <w:lang w:eastAsia="ko-KR"/>
        </w:rPr>
        <w:t xml:space="preserve">, </w:t>
      </w:r>
      <w:r>
        <w:rPr>
          <w:lang w:eastAsia="ko-KR"/>
        </w:rPr>
        <w:t>대학</w:t>
      </w:r>
      <w:r>
        <w:rPr>
          <w:lang w:eastAsia="ko-KR"/>
        </w:rPr>
        <w:t xml:space="preserve"> </w:t>
      </w:r>
      <w:r>
        <w:rPr>
          <w:lang w:eastAsia="ko-KR"/>
        </w:rPr>
        <w:t>서열화</w:t>
      </w:r>
      <w:r>
        <w:rPr>
          <w:lang w:eastAsia="ko-KR"/>
        </w:rPr>
        <w:t xml:space="preserve"> </w:t>
      </w:r>
      <w:r>
        <w:rPr>
          <w:lang w:eastAsia="ko-KR"/>
        </w:rPr>
        <w:t>경쟁으로</w:t>
      </w:r>
      <w:r>
        <w:rPr>
          <w:lang w:eastAsia="ko-KR"/>
        </w:rPr>
        <w:t xml:space="preserve"> </w:t>
      </w:r>
      <w:r>
        <w:rPr>
          <w:lang w:eastAsia="ko-KR"/>
        </w:rPr>
        <w:t>이어지는</w:t>
      </w:r>
      <w:r>
        <w:rPr>
          <w:lang w:eastAsia="ko-KR"/>
        </w:rPr>
        <w:t xml:space="preserve"> </w:t>
      </w:r>
      <w:r>
        <w:rPr>
          <w:lang w:eastAsia="ko-KR"/>
        </w:rPr>
        <w:t>평가</w:t>
      </w:r>
      <w:r>
        <w:rPr>
          <w:lang w:eastAsia="ko-KR"/>
        </w:rPr>
        <w:t xml:space="preserve"> </w:t>
      </w:r>
      <w:r>
        <w:rPr>
          <w:lang w:eastAsia="ko-KR"/>
        </w:rPr>
        <w:t>문화가</w:t>
      </w:r>
      <w:r>
        <w:rPr>
          <w:lang w:eastAsia="ko-KR"/>
        </w:rPr>
        <w:t xml:space="preserve"> </w:t>
      </w:r>
      <w:r>
        <w:rPr>
          <w:lang w:eastAsia="ko-KR"/>
        </w:rPr>
        <w:t>존재합니다</w:t>
      </w:r>
      <w:r>
        <w:rPr>
          <w:lang w:eastAsia="ko-KR"/>
        </w:rPr>
        <w:t xml:space="preserve">. </w:t>
      </w:r>
      <w:r>
        <w:rPr>
          <w:lang w:eastAsia="ko-KR"/>
        </w:rPr>
        <w:t>노르웨이는</w:t>
      </w:r>
      <w:r>
        <w:rPr>
          <w:lang w:eastAsia="ko-KR"/>
        </w:rPr>
        <w:t xml:space="preserve"> </w:t>
      </w:r>
      <w:r>
        <w:rPr>
          <w:lang w:eastAsia="ko-KR"/>
        </w:rPr>
        <w:t>대학입시와</w:t>
      </w:r>
      <w:r>
        <w:rPr>
          <w:lang w:eastAsia="ko-KR"/>
        </w:rPr>
        <w:t xml:space="preserve"> </w:t>
      </w:r>
      <w:r>
        <w:rPr>
          <w:lang w:eastAsia="ko-KR"/>
        </w:rPr>
        <w:t>관련하여</w:t>
      </w:r>
      <w:r>
        <w:rPr>
          <w:lang w:eastAsia="ko-KR"/>
        </w:rPr>
        <w:t xml:space="preserve"> </w:t>
      </w:r>
      <w:r>
        <w:rPr>
          <w:lang w:eastAsia="ko-KR"/>
        </w:rPr>
        <w:t>이러한</w:t>
      </w:r>
      <w:r>
        <w:rPr>
          <w:lang w:eastAsia="ko-KR"/>
        </w:rPr>
        <w:t xml:space="preserve"> </w:t>
      </w:r>
      <w:r>
        <w:rPr>
          <w:lang w:eastAsia="ko-KR"/>
        </w:rPr>
        <w:t>평가의</w:t>
      </w:r>
      <w:r>
        <w:rPr>
          <w:lang w:eastAsia="ko-KR"/>
        </w:rPr>
        <w:t xml:space="preserve"> </w:t>
      </w:r>
      <w:r>
        <w:rPr>
          <w:lang w:eastAsia="ko-KR"/>
        </w:rPr>
        <w:t>딜레마가</w:t>
      </w:r>
      <w:r>
        <w:rPr>
          <w:lang w:eastAsia="ko-KR"/>
        </w:rPr>
        <w:t xml:space="preserve"> </w:t>
      </w:r>
      <w:r>
        <w:rPr>
          <w:lang w:eastAsia="ko-KR"/>
        </w:rPr>
        <w:t>없나요</w:t>
      </w:r>
      <w:r>
        <w:rPr>
          <w:lang w:eastAsia="ko-KR"/>
        </w:rPr>
        <w:t xml:space="preserve">? </w:t>
      </w:r>
      <w:r>
        <w:rPr>
          <w:lang w:eastAsia="ko-KR"/>
        </w:rPr>
        <w:t>또한</w:t>
      </w:r>
      <w:r>
        <w:rPr>
          <w:lang w:eastAsia="ko-KR"/>
        </w:rPr>
        <w:t xml:space="preserve"> </w:t>
      </w:r>
      <w:r>
        <w:rPr>
          <w:lang w:eastAsia="ko-KR"/>
        </w:rPr>
        <w:t>학생</w:t>
      </w:r>
      <w:r>
        <w:rPr>
          <w:lang w:eastAsia="ko-KR"/>
        </w:rPr>
        <w:t xml:space="preserve"> </w:t>
      </w:r>
      <w:r>
        <w:rPr>
          <w:lang w:eastAsia="ko-KR"/>
        </w:rPr>
        <w:t>평가가</w:t>
      </w:r>
      <w:r>
        <w:rPr>
          <w:lang w:eastAsia="ko-KR"/>
        </w:rPr>
        <w:t xml:space="preserve"> </w:t>
      </w:r>
      <w:r>
        <w:rPr>
          <w:lang w:eastAsia="ko-KR"/>
        </w:rPr>
        <w:t>경쟁적</w:t>
      </w:r>
      <w:r>
        <w:rPr>
          <w:lang w:eastAsia="ko-KR"/>
        </w:rPr>
        <w:t xml:space="preserve"> </w:t>
      </w:r>
      <w:r>
        <w:rPr>
          <w:lang w:eastAsia="ko-KR"/>
        </w:rPr>
        <w:t>서열화로</w:t>
      </w:r>
      <w:r>
        <w:rPr>
          <w:lang w:eastAsia="ko-KR"/>
        </w:rPr>
        <w:t xml:space="preserve"> </w:t>
      </w:r>
      <w:r>
        <w:rPr>
          <w:lang w:eastAsia="ko-KR"/>
        </w:rPr>
        <w:t>흐르지</w:t>
      </w:r>
      <w:r>
        <w:rPr>
          <w:lang w:eastAsia="ko-KR"/>
        </w:rPr>
        <w:t xml:space="preserve"> </w:t>
      </w:r>
      <w:r>
        <w:rPr>
          <w:lang w:eastAsia="ko-KR"/>
        </w:rPr>
        <w:t>않도록</w:t>
      </w:r>
      <w:r>
        <w:rPr>
          <w:lang w:eastAsia="ko-KR"/>
        </w:rPr>
        <w:t xml:space="preserve"> </w:t>
      </w:r>
      <w:r>
        <w:rPr>
          <w:lang w:eastAsia="ko-KR"/>
        </w:rPr>
        <w:t>제도적</w:t>
      </w:r>
      <w:r>
        <w:rPr>
          <w:lang w:eastAsia="ko-KR"/>
        </w:rPr>
        <w:t>·</w:t>
      </w:r>
      <w:r>
        <w:rPr>
          <w:lang w:eastAsia="ko-KR"/>
        </w:rPr>
        <w:t>철학적으로</w:t>
      </w:r>
      <w:r>
        <w:rPr>
          <w:lang w:eastAsia="ko-KR"/>
        </w:rPr>
        <w:t xml:space="preserve"> </w:t>
      </w:r>
      <w:r>
        <w:rPr>
          <w:lang w:eastAsia="ko-KR"/>
        </w:rPr>
        <w:t>어떻게</w:t>
      </w:r>
      <w:r>
        <w:rPr>
          <w:lang w:eastAsia="ko-KR"/>
        </w:rPr>
        <w:t xml:space="preserve"> </w:t>
      </w:r>
      <w:r>
        <w:rPr>
          <w:lang w:eastAsia="ko-KR"/>
        </w:rPr>
        <w:t>평가를</w:t>
      </w:r>
      <w:r>
        <w:rPr>
          <w:lang w:eastAsia="ko-KR"/>
        </w:rPr>
        <w:t xml:space="preserve"> </w:t>
      </w:r>
      <w:r>
        <w:rPr>
          <w:lang w:eastAsia="ko-KR"/>
        </w:rPr>
        <w:t>설계하고</w:t>
      </w:r>
      <w:r>
        <w:rPr>
          <w:lang w:eastAsia="ko-KR"/>
        </w:rPr>
        <w:t xml:space="preserve"> </w:t>
      </w:r>
      <w:r>
        <w:rPr>
          <w:lang w:eastAsia="ko-KR"/>
        </w:rPr>
        <w:t>있습니까</w:t>
      </w:r>
      <w:r>
        <w:rPr>
          <w:lang w:eastAsia="ko-KR"/>
        </w:rPr>
        <w:t>?</w:t>
      </w:r>
    </w:p>
    <w:p w14:paraId="3034EF4B" w14:textId="77777777" w:rsidR="00AA5C78" w:rsidRDefault="00000000">
      <w:pPr>
        <w:rPr>
          <w:lang w:eastAsia="ko-KR"/>
        </w:rPr>
      </w:pPr>
      <w:r>
        <w:t>• Active participation can increase, but evaluation may discourage students. How does Norway design evaluation environments—rules, criteria, and feedback structures—to prevent such negative effects?</w:t>
      </w:r>
      <w:r>
        <w:br/>
        <w:t xml:space="preserve">  </w:t>
      </w:r>
      <w:r>
        <w:rPr>
          <w:lang w:eastAsia="ko-KR"/>
        </w:rPr>
        <w:t>학생</w:t>
      </w:r>
      <w:r>
        <w:rPr>
          <w:lang w:eastAsia="ko-KR"/>
        </w:rPr>
        <w:t xml:space="preserve"> </w:t>
      </w:r>
      <w:r>
        <w:rPr>
          <w:lang w:eastAsia="ko-KR"/>
        </w:rPr>
        <w:t>참여가</w:t>
      </w:r>
      <w:r>
        <w:rPr>
          <w:lang w:eastAsia="ko-KR"/>
        </w:rPr>
        <w:t xml:space="preserve"> </w:t>
      </w:r>
      <w:r>
        <w:rPr>
          <w:lang w:eastAsia="ko-KR"/>
        </w:rPr>
        <w:t>활발해질</w:t>
      </w:r>
      <w:r>
        <w:rPr>
          <w:lang w:eastAsia="ko-KR"/>
        </w:rPr>
        <w:t xml:space="preserve"> </w:t>
      </w:r>
      <w:r>
        <w:rPr>
          <w:lang w:eastAsia="ko-KR"/>
        </w:rPr>
        <w:t>수</w:t>
      </w:r>
      <w:r>
        <w:rPr>
          <w:lang w:eastAsia="ko-KR"/>
        </w:rPr>
        <w:t xml:space="preserve"> </w:t>
      </w:r>
      <w:r>
        <w:rPr>
          <w:lang w:eastAsia="ko-KR"/>
        </w:rPr>
        <w:t>있지만</w:t>
      </w:r>
      <w:r>
        <w:rPr>
          <w:lang w:eastAsia="ko-KR"/>
        </w:rPr>
        <w:t xml:space="preserve">, </w:t>
      </w:r>
      <w:r>
        <w:rPr>
          <w:lang w:eastAsia="ko-KR"/>
        </w:rPr>
        <w:t>평가가</w:t>
      </w:r>
      <w:r>
        <w:rPr>
          <w:lang w:eastAsia="ko-KR"/>
        </w:rPr>
        <w:t xml:space="preserve"> </w:t>
      </w:r>
      <w:r>
        <w:rPr>
          <w:lang w:eastAsia="ko-KR"/>
        </w:rPr>
        <w:t>개입되면</w:t>
      </w:r>
      <w:r>
        <w:rPr>
          <w:lang w:eastAsia="ko-KR"/>
        </w:rPr>
        <w:t xml:space="preserve"> </w:t>
      </w:r>
      <w:r>
        <w:rPr>
          <w:lang w:eastAsia="ko-KR"/>
        </w:rPr>
        <w:t>학생이</w:t>
      </w:r>
      <w:r>
        <w:rPr>
          <w:lang w:eastAsia="ko-KR"/>
        </w:rPr>
        <w:t xml:space="preserve"> </w:t>
      </w:r>
      <w:r>
        <w:rPr>
          <w:lang w:eastAsia="ko-KR"/>
        </w:rPr>
        <w:t>위축될</w:t>
      </w:r>
      <w:r>
        <w:rPr>
          <w:lang w:eastAsia="ko-KR"/>
        </w:rPr>
        <w:t xml:space="preserve"> </w:t>
      </w:r>
      <w:r>
        <w:rPr>
          <w:lang w:eastAsia="ko-KR"/>
        </w:rPr>
        <w:t>수</w:t>
      </w:r>
      <w:r>
        <w:rPr>
          <w:lang w:eastAsia="ko-KR"/>
        </w:rPr>
        <w:t xml:space="preserve"> </w:t>
      </w:r>
      <w:r>
        <w:rPr>
          <w:lang w:eastAsia="ko-KR"/>
        </w:rPr>
        <w:t>있습니다</w:t>
      </w:r>
      <w:r>
        <w:rPr>
          <w:lang w:eastAsia="ko-KR"/>
        </w:rPr>
        <w:t xml:space="preserve">. </w:t>
      </w:r>
      <w:r>
        <w:rPr>
          <w:lang w:eastAsia="ko-KR"/>
        </w:rPr>
        <w:t>노르웨이는</w:t>
      </w:r>
      <w:r>
        <w:rPr>
          <w:lang w:eastAsia="ko-KR"/>
        </w:rPr>
        <w:t xml:space="preserve"> </w:t>
      </w:r>
      <w:r>
        <w:rPr>
          <w:lang w:eastAsia="ko-KR"/>
        </w:rPr>
        <w:t>이를</w:t>
      </w:r>
      <w:r>
        <w:rPr>
          <w:lang w:eastAsia="ko-KR"/>
        </w:rPr>
        <w:t xml:space="preserve"> </w:t>
      </w:r>
      <w:r>
        <w:rPr>
          <w:lang w:eastAsia="ko-KR"/>
        </w:rPr>
        <w:t>방지하기</w:t>
      </w:r>
      <w:r>
        <w:rPr>
          <w:lang w:eastAsia="ko-KR"/>
        </w:rPr>
        <w:t xml:space="preserve"> </w:t>
      </w:r>
      <w:r>
        <w:rPr>
          <w:lang w:eastAsia="ko-KR"/>
        </w:rPr>
        <w:t>위해</w:t>
      </w:r>
      <w:r>
        <w:rPr>
          <w:lang w:eastAsia="ko-KR"/>
        </w:rPr>
        <w:t xml:space="preserve"> </w:t>
      </w:r>
      <w:r>
        <w:rPr>
          <w:lang w:eastAsia="ko-KR"/>
        </w:rPr>
        <w:t>평가</w:t>
      </w:r>
      <w:r>
        <w:rPr>
          <w:lang w:eastAsia="ko-KR"/>
        </w:rPr>
        <w:t xml:space="preserve"> </w:t>
      </w:r>
      <w:r>
        <w:rPr>
          <w:lang w:eastAsia="ko-KR"/>
        </w:rPr>
        <w:t>환경</w:t>
      </w:r>
      <w:r>
        <w:rPr>
          <w:lang w:eastAsia="ko-KR"/>
        </w:rPr>
        <w:t>(</w:t>
      </w:r>
      <w:r>
        <w:rPr>
          <w:lang w:eastAsia="ko-KR"/>
        </w:rPr>
        <w:t>규칙</w:t>
      </w:r>
      <w:r>
        <w:rPr>
          <w:lang w:eastAsia="ko-KR"/>
        </w:rPr>
        <w:t xml:space="preserve">, </w:t>
      </w:r>
      <w:r>
        <w:rPr>
          <w:lang w:eastAsia="ko-KR"/>
        </w:rPr>
        <w:t>기준</w:t>
      </w:r>
      <w:r>
        <w:rPr>
          <w:lang w:eastAsia="ko-KR"/>
        </w:rPr>
        <w:t xml:space="preserve">, </w:t>
      </w:r>
      <w:r>
        <w:rPr>
          <w:lang w:eastAsia="ko-KR"/>
        </w:rPr>
        <w:t>피드백</w:t>
      </w:r>
      <w:r>
        <w:rPr>
          <w:lang w:eastAsia="ko-KR"/>
        </w:rPr>
        <w:t xml:space="preserve"> </w:t>
      </w:r>
      <w:r>
        <w:rPr>
          <w:lang w:eastAsia="ko-KR"/>
        </w:rPr>
        <w:t>방식</w:t>
      </w:r>
      <w:r>
        <w:rPr>
          <w:lang w:eastAsia="ko-KR"/>
        </w:rPr>
        <w:t xml:space="preserve"> </w:t>
      </w:r>
      <w:r>
        <w:rPr>
          <w:lang w:eastAsia="ko-KR"/>
        </w:rPr>
        <w:t>등</w:t>
      </w:r>
      <w:r>
        <w:rPr>
          <w:lang w:eastAsia="ko-KR"/>
        </w:rPr>
        <w:t>)</w:t>
      </w:r>
      <w:r>
        <w:rPr>
          <w:lang w:eastAsia="ko-KR"/>
        </w:rPr>
        <w:t>을</w:t>
      </w:r>
      <w:r>
        <w:rPr>
          <w:lang w:eastAsia="ko-KR"/>
        </w:rPr>
        <w:t xml:space="preserve"> </w:t>
      </w:r>
      <w:r>
        <w:rPr>
          <w:lang w:eastAsia="ko-KR"/>
        </w:rPr>
        <w:t>어떻게</w:t>
      </w:r>
      <w:r>
        <w:rPr>
          <w:lang w:eastAsia="ko-KR"/>
        </w:rPr>
        <w:t xml:space="preserve"> </w:t>
      </w:r>
      <w:r>
        <w:rPr>
          <w:lang w:eastAsia="ko-KR"/>
        </w:rPr>
        <w:t>설계하나요</w:t>
      </w:r>
      <w:r>
        <w:rPr>
          <w:lang w:eastAsia="ko-KR"/>
        </w:rPr>
        <w:t>?</w:t>
      </w:r>
    </w:p>
    <w:p w14:paraId="79CCDB9F" w14:textId="77777777" w:rsidR="00AA5C78" w:rsidRDefault="00000000">
      <w:pPr>
        <w:rPr>
          <w:lang w:eastAsia="ko-KR"/>
        </w:rPr>
      </w:pPr>
      <w:r>
        <w:t xml:space="preserve">• You mentioned that teachers should act as non-moral judges in democratic citizenship education. However, aren’t there situations where teachers must provide clear guidance based on sound political or ethical judgment? </w:t>
      </w:r>
      <w:r>
        <w:rPr>
          <w:lang w:eastAsia="ko-KR"/>
        </w:rPr>
        <w:t>How do you view this balance?</w:t>
      </w:r>
      <w:r>
        <w:rPr>
          <w:lang w:eastAsia="ko-KR"/>
        </w:rPr>
        <w:br/>
        <w:t xml:space="preserve">  </w:t>
      </w:r>
      <w:r>
        <w:rPr>
          <w:lang w:eastAsia="ko-KR"/>
        </w:rPr>
        <w:t>민주시민교육에서</w:t>
      </w:r>
      <w:r>
        <w:rPr>
          <w:lang w:eastAsia="ko-KR"/>
        </w:rPr>
        <w:t xml:space="preserve"> </w:t>
      </w:r>
      <w:r>
        <w:rPr>
          <w:lang w:eastAsia="ko-KR"/>
        </w:rPr>
        <w:t>교사는</w:t>
      </w:r>
      <w:r>
        <w:rPr>
          <w:lang w:eastAsia="ko-KR"/>
        </w:rPr>
        <w:t xml:space="preserve"> ‘</w:t>
      </w:r>
      <w:r>
        <w:rPr>
          <w:lang w:eastAsia="ko-KR"/>
        </w:rPr>
        <w:t>비윤리적</w:t>
      </w:r>
      <w:r>
        <w:rPr>
          <w:lang w:eastAsia="ko-KR"/>
        </w:rPr>
        <w:t xml:space="preserve"> </w:t>
      </w:r>
      <w:proofErr w:type="spellStart"/>
      <w:proofErr w:type="gramStart"/>
      <w:r>
        <w:rPr>
          <w:lang w:eastAsia="ko-KR"/>
        </w:rPr>
        <w:t>판단자</w:t>
      </w:r>
      <w:proofErr w:type="spellEnd"/>
      <w:r>
        <w:rPr>
          <w:lang w:eastAsia="ko-KR"/>
        </w:rPr>
        <w:t>(</w:t>
      </w:r>
      <w:proofErr w:type="gramEnd"/>
      <w:r>
        <w:rPr>
          <w:lang w:eastAsia="ko-KR"/>
        </w:rPr>
        <w:t>non-moral judge)’</w:t>
      </w:r>
      <w:r>
        <w:rPr>
          <w:lang w:eastAsia="ko-KR"/>
        </w:rPr>
        <w:t>가</w:t>
      </w:r>
      <w:r>
        <w:rPr>
          <w:lang w:eastAsia="ko-KR"/>
        </w:rPr>
        <w:t xml:space="preserve"> </w:t>
      </w:r>
      <w:r>
        <w:rPr>
          <w:lang w:eastAsia="ko-KR"/>
        </w:rPr>
        <w:t>되어야</w:t>
      </w:r>
      <w:r>
        <w:rPr>
          <w:lang w:eastAsia="ko-KR"/>
        </w:rPr>
        <w:t xml:space="preserve"> </w:t>
      </w:r>
      <w:r>
        <w:rPr>
          <w:lang w:eastAsia="ko-KR"/>
        </w:rPr>
        <w:t>한다고</w:t>
      </w:r>
      <w:r>
        <w:rPr>
          <w:lang w:eastAsia="ko-KR"/>
        </w:rPr>
        <w:t xml:space="preserve"> </w:t>
      </w:r>
      <w:r>
        <w:rPr>
          <w:lang w:eastAsia="ko-KR"/>
        </w:rPr>
        <w:t>말씀하셨습니다</w:t>
      </w:r>
      <w:r>
        <w:rPr>
          <w:lang w:eastAsia="ko-KR"/>
        </w:rPr>
        <w:t xml:space="preserve">. </w:t>
      </w:r>
      <w:r>
        <w:rPr>
          <w:lang w:eastAsia="ko-KR"/>
        </w:rPr>
        <w:t>그러나</w:t>
      </w:r>
      <w:r>
        <w:rPr>
          <w:lang w:eastAsia="ko-KR"/>
        </w:rPr>
        <w:t xml:space="preserve"> </w:t>
      </w:r>
      <w:r>
        <w:rPr>
          <w:lang w:eastAsia="ko-KR"/>
        </w:rPr>
        <w:t>때로는</w:t>
      </w:r>
      <w:r>
        <w:rPr>
          <w:lang w:eastAsia="ko-KR"/>
        </w:rPr>
        <w:t xml:space="preserve"> </w:t>
      </w:r>
      <w:r>
        <w:rPr>
          <w:lang w:eastAsia="ko-KR"/>
        </w:rPr>
        <w:t>교사가</w:t>
      </w:r>
      <w:r>
        <w:rPr>
          <w:lang w:eastAsia="ko-KR"/>
        </w:rPr>
        <w:t xml:space="preserve"> </w:t>
      </w:r>
      <w:r>
        <w:rPr>
          <w:lang w:eastAsia="ko-KR"/>
        </w:rPr>
        <w:t>올바른</w:t>
      </w:r>
      <w:r>
        <w:rPr>
          <w:lang w:eastAsia="ko-KR"/>
        </w:rPr>
        <w:t xml:space="preserve"> </w:t>
      </w:r>
      <w:r>
        <w:rPr>
          <w:lang w:eastAsia="ko-KR"/>
        </w:rPr>
        <w:t>정치적</w:t>
      </w:r>
      <w:r>
        <w:rPr>
          <w:lang w:eastAsia="ko-KR"/>
        </w:rPr>
        <w:t>·</w:t>
      </w:r>
      <w:r>
        <w:rPr>
          <w:lang w:eastAsia="ko-KR"/>
        </w:rPr>
        <w:t>윤리적</w:t>
      </w:r>
      <w:r>
        <w:rPr>
          <w:lang w:eastAsia="ko-KR"/>
        </w:rPr>
        <w:t xml:space="preserve"> </w:t>
      </w:r>
      <w:r>
        <w:rPr>
          <w:lang w:eastAsia="ko-KR"/>
        </w:rPr>
        <w:t>판단에</w:t>
      </w:r>
      <w:r>
        <w:rPr>
          <w:lang w:eastAsia="ko-KR"/>
        </w:rPr>
        <w:t xml:space="preserve"> </w:t>
      </w:r>
      <w:r>
        <w:rPr>
          <w:lang w:eastAsia="ko-KR"/>
        </w:rPr>
        <w:t>기반하여</w:t>
      </w:r>
      <w:r>
        <w:rPr>
          <w:lang w:eastAsia="ko-KR"/>
        </w:rPr>
        <w:t xml:space="preserve"> </w:t>
      </w:r>
      <w:r>
        <w:rPr>
          <w:lang w:eastAsia="ko-KR"/>
        </w:rPr>
        <w:t>명확한</w:t>
      </w:r>
      <w:r>
        <w:rPr>
          <w:lang w:eastAsia="ko-KR"/>
        </w:rPr>
        <w:t xml:space="preserve"> </w:t>
      </w:r>
      <w:r>
        <w:rPr>
          <w:lang w:eastAsia="ko-KR"/>
        </w:rPr>
        <w:t>안내를</w:t>
      </w:r>
      <w:r>
        <w:rPr>
          <w:lang w:eastAsia="ko-KR"/>
        </w:rPr>
        <w:t xml:space="preserve"> </w:t>
      </w:r>
      <w:r>
        <w:rPr>
          <w:lang w:eastAsia="ko-KR"/>
        </w:rPr>
        <w:t>해야</w:t>
      </w:r>
      <w:r>
        <w:rPr>
          <w:lang w:eastAsia="ko-KR"/>
        </w:rPr>
        <w:t xml:space="preserve"> </w:t>
      </w:r>
      <w:r>
        <w:rPr>
          <w:lang w:eastAsia="ko-KR"/>
        </w:rPr>
        <w:t>하는</w:t>
      </w:r>
      <w:r>
        <w:rPr>
          <w:lang w:eastAsia="ko-KR"/>
        </w:rPr>
        <w:t xml:space="preserve"> </w:t>
      </w:r>
      <w:r>
        <w:rPr>
          <w:lang w:eastAsia="ko-KR"/>
        </w:rPr>
        <w:t>상황도</w:t>
      </w:r>
      <w:r>
        <w:rPr>
          <w:lang w:eastAsia="ko-KR"/>
        </w:rPr>
        <w:t xml:space="preserve"> </w:t>
      </w:r>
      <w:r>
        <w:rPr>
          <w:lang w:eastAsia="ko-KR"/>
        </w:rPr>
        <w:t>존재하지</w:t>
      </w:r>
      <w:r>
        <w:rPr>
          <w:lang w:eastAsia="ko-KR"/>
        </w:rPr>
        <w:t xml:space="preserve"> </w:t>
      </w:r>
      <w:r>
        <w:rPr>
          <w:lang w:eastAsia="ko-KR"/>
        </w:rPr>
        <w:t>않을까요</w:t>
      </w:r>
      <w:r>
        <w:rPr>
          <w:lang w:eastAsia="ko-KR"/>
        </w:rPr>
        <w:t xml:space="preserve">? </w:t>
      </w:r>
      <w:r>
        <w:rPr>
          <w:lang w:eastAsia="ko-KR"/>
        </w:rPr>
        <w:t>이러한</w:t>
      </w:r>
      <w:r>
        <w:rPr>
          <w:lang w:eastAsia="ko-KR"/>
        </w:rPr>
        <w:t xml:space="preserve"> </w:t>
      </w:r>
      <w:r>
        <w:rPr>
          <w:lang w:eastAsia="ko-KR"/>
        </w:rPr>
        <w:t>균형을</w:t>
      </w:r>
      <w:r>
        <w:rPr>
          <w:lang w:eastAsia="ko-KR"/>
        </w:rPr>
        <w:t xml:space="preserve"> </w:t>
      </w:r>
      <w:r>
        <w:rPr>
          <w:lang w:eastAsia="ko-KR"/>
        </w:rPr>
        <w:t>어떻게</w:t>
      </w:r>
      <w:r>
        <w:rPr>
          <w:lang w:eastAsia="ko-KR"/>
        </w:rPr>
        <w:t xml:space="preserve"> </w:t>
      </w:r>
      <w:r>
        <w:rPr>
          <w:lang w:eastAsia="ko-KR"/>
        </w:rPr>
        <w:t>보십니까</w:t>
      </w:r>
      <w:r>
        <w:rPr>
          <w:lang w:eastAsia="ko-KR"/>
        </w:rPr>
        <w:t>?</w:t>
      </w:r>
    </w:p>
    <w:sectPr w:rsidR="00AA5C7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3434403">
    <w:abstractNumId w:val="8"/>
  </w:num>
  <w:num w:numId="2" w16cid:durableId="1170750117">
    <w:abstractNumId w:val="6"/>
  </w:num>
  <w:num w:numId="3" w16cid:durableId="590969364">
    <w:abstractNumId w:val="5"/>
  </w:num>
  <w:num w:numId="4" w16cid:durableId="1983345700">
    <w:abstractNumId w:val="4"/>
  </w:num>
  <w:num w:numId="5" w16cid:durableId="1847354867">
    <w:abstractNumId w:val="7"/>
  </w:num>
  <w:num w:numId="6" w16cid:durableId="2119136772">
    <w:abstractNumId w:val="3"/>
  </w:num>
  <w:num w:numId="7" w16cid:durableId="1952276408">
    <w:abstractNumId w:val="2"/>
  </w:num>
  <w:num w:numId="8" w16cid:durableId="402334437">
    <w:abstractNumId w:val="1"/>
  </w:num>
  <w:num w:numId="9" w16cid:durableId="777407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97B00"/>
    <w:rsid w:val="00646045"/>
    <w:rsid w:val="00AA1D8D"/>
    <w:rsid w:val="00AA5C78"/>
    <w:rsid w:val="00B47730"/>
    <w:rsid w:val="00CB0664"/>
    <w:rsid w:val="00F94B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925055"/>
  <w14:defaultImageDpi w14:val="300"/>
  <w15:docId w15:val="{719A8928-03C2-4238-ADE6-400B6CDA8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724</Words>
  <Characters>3688</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김민희</cp:lastModifiedBy>
  <cp:revision>3</cp:revision>
  <dcterms:created xsi:type="dcterms:W3CDTF">2025-11-14T11:41:00Z</dcterms:created>
  <dcterms:modified xsi:type="dcterms:W3CDTF">2025-11-14T11:41:00Z</dcterms:modified>
  <cp:category/>
</cp:coreProperties>
</file>